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Recht Am Eigenen Bild</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Sehr geehrte/r Frau/Herr ____________________,</w:t>
      </w:r>
    </w:p>
    <w:p>
      <w:pPr>
        <w:spacing w:before="120"/>
      </w:pPr>
      <w:r>
        <w:rPr>
          <w:rFonts w:ascii="Times New Roman" w:hAnsi="Times New Roman"/>
          <w:sz w:val="24"/>
        </w:rPr>
        <w:t>in einem ordnungsgemäßen Arbeitsverhältnis ist Vertrauen eine unverzichtbare Basis. Am ________________ haben Sie dieses Vertrauen verletzt. Es wurde festgestellt, dass Sie am ____________________ ohne Genehmigung am Ort der Pflichtverletzung: ____________________ Bildaufnahmen von Kolleginnen und Kollegen gemacht und diese Aufnahmen anschließend auf einer öffentlichen Onlineplattform veröffentlicht haben.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die Veröffentlichung der Bildaufnahmen Ihrer Arbeitskolleginnen und -kollegen ohne deren Einwilligung haben Sie gegen das "Recht am eigenen Bild", welches durch das Kunsturhebergesetz (KUG) geregelt wird, verstoßen. Dies stellt eine erhebliche Pflichtverletzung dar, da Sie die Persönlichkeitsrechte Ihrer Kolleginnen und Kollegen missachten.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Recht am eigenen Bild besagt, dass Bildnisse einer Person nur mit deren Einwilligung veröffentlicht werden dürfen. Diese Regelung dient dem Schutz des Persönlichkeitsrechtes der abgebildeten Person. Eine Verletzung kann sowohl zivilrechtliche als auch arbeitsrechtliche Konsequenzen nach sich ziehen. Darüber hinaus stellt ein Verstoß gegen solche essenziellen Regelungen ein nachhaltiges Störmanöver im betrieblichen Miteinander dar.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zukünftig alle bildlichen Aufnahmen ohne ausdrückliche Erlaubnis der betroffenen Personen zu unterlassen. Wir erwarten von Ihnen künftig eine vollumfängliche Vertragstreue und Beachtung arbeitsrechtlicher und datenschutzrechtlicher Vorschriften.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Ihrer Personalakte hinzugefügt. Sie stellt eine offizielle Rüge Ihres Fehlverhaltens dar und dient als Warnung.</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ausdrücklich darauf hin, dass bei wiederholtem oder vergleichbarem Fehlverhalten arbeitsrechtliche Konsequenzen, bis hin zur Kündigung des Arbeitsverhältnisses, erwogen werden.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zu diesem Sachverhalt bis zum ____________________ um ____________________ Uhr schriftlich zu äußern.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bitten um Ihre Mitwirkung und erwarten, dass sich ein derartiger Vorfall nicht wiederholt.</w:t>
      </w:r>
    </w:p>
    <w:p>
      <w:pPr>
        <w:spacing w:before="120"/>
      </w:pPr>
      <w:r>
        <w:rPr>
          <w:rFonts w:ascii="Times New Roman" w:hAnsi="Times New Roman"/>
          <w:sz w:val="24"/>
        </w:rPr>
        <w:t>Mit freundlichen Grüßen,</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Arbeitgeber/in: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Empfangsbestätigung:</w:t>
      </w:r>
      <w:r>
        <w:rPr>
          <w:rFonts w:ascii="Times New Roman" w:hAnsi="Times New Roman"/>
          <w:sz w:val="24"/>
        </w:rPr>
      </w:r>
    </w:p>
    <w:p>
      <w:pPr>
        <w:spacing w:before="120"/>
      </w:pPr>
      <w:r>
        <w:rPr>
          <w:rFonts w:ascii="Times New Roman" w:hAnsi="Times New Roman"/>
          <w:sz w:val="24"/>
        </w:rPr>
        <w:t>Ich bestätige den Erhalt dieser Abmahnung.</w:t>
      </w:r>
    </w:p>
    <w:p>
      <w:pPr>
        <w:spacing w:before="120"/>
      </w:pPr>
      <w:r>
        <w:rPr>
          <w:rFonts w:ascii="Times New Roman" w:hAnsi="Times New Roman"/>
          <w:sz w:val="24"/>
        </w:rPr>
      </w:r>
      <w:r>
        <w:rPr>
          <w:rFonts w:ascii="Times New Roman" w:hAnsi="Times New Roman"/>
          <w:b/>
          <w:sz w:val="24"/>
        </w:rPr>
        <w:t>Unterschrift Arbeitnehmer/in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