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Urheberrecht</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Verletzung urheberrechtlicher Bestimmungen</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1. Sachverhalt:</w:t>
      </w:r>
      <w:r>
        <w:rPr>
          <w:rFonts w:ascii="Times New Roman" w:hAnsi="Times New Roman"/>
          <w:sz w:val="24"/>
        </w:rPr>
      </w:r>
    </w:p>
    <w:p>
      <w:pPr>
        <w:spacing w:before="120"/>
      </w:pPr>
      <w:r>
        <w:rPr>
          <w:rFonts w:ascii="Times New Roman" w:hAnsi="Times New Roman"/>
          <w:sz w:val="24"/>
        </w:rPr>
        <w:t>Am ____________________ haben Sie während Ihrer Tätigkeit als Angestellte/r in der Abteilung ____________________ bei der ____________________ am Standort ____________________ urheberrechtlich geschütztes Bildmaterial ohne die erforderliche Lizenz in einem von unserem Unternehmen veröffentlichten Dokument verwendet. Dies geschah trotz vorheriger Schulungen und Anweisungen hinsichtlich der Beachtung urheberrechtlicher Bestimmungen im betrieblichen Umfeld.</w:t>
      </w:r>
    </w:p>
    <w:p>
      <w:pPr>
        <w:spacing w:before="120"/>
      </w:pPr>
      <w:r>
        <w:rPr>
          <w:rFonts w:ascii="Times New Roman" w:hAnsi="Times New Roman"/>
          <w:sz w:val="24"/>
        </w:rPr>
      </w:r>
      <w:r>
        <w:rPr>
          <w:rFonts w:ascii="Times New Roman" w:hAnsi="Times New Roman"/>
          <w:b/>
          <w:sz w:val="24"/>
        </w:rPr>
        <w:t>2. Konkrete Pflichtverletzung:</w:t>
      </w:r>
      <w:r>
        <w:rPr>
          <w:rFonts w:ascii="Times New Roman" w:hAnsi="Times New Roman"/>
          <w:sz w:val="24"/>
        </w:rPr>
      </w:r>
    </w:p>
    <w:p>
      <w:pPr>
        <w:spacing w:before="120"/>
      </w:pPr>
      <w:r>
        <w:rPr>
          <w:rFonts w:ascii="Times New Roman" w:hAnsi="Times New Roman"/>
          <w:sz w:val="24"/>
        </w:rPr>
        <w:t>Sie haben durch die Nutzung dieses Bildmaterials ohne eine ordnungsgemäße Lizenzierung oder Zustimmung des Urhebers gegen geltende Urheberrechtsvorschriften verstoßen. Diese Handlung stellt eine Verletzung Ihrer arbeitsvertraglichen Pflichten dar, insbesondere der Pflicht zur Beachtung gesetzlicher Vorschriften und des sorgsamen Umgangs mit fremdem geistigen Eigentum.</w:t>
      </w:r>
    </w:p>
    <w:p>
      <w:pPr>
        <w:spacing w:before="120"/>
      </w:pPr>
      <w:r>
        <w:rPr>
          <w:rFonts w:ascii="Times New Roman" w:hAnsi="Times New Roman"/>
          <w:sz w:val="24"/>
        </w:rPr>
      </w:r>
      <w:r>
        <w:rPr>
          <w:rFonts w:ascii="Times New Roman" w:hAnsi="Times New Roman"/>
          <w:b/>
          <w:sz w:val="24"/>
        </w:rPr>
        <w:t>3. Rechtliche Hinweise:</w:t>
      </w:r>
      <w:r>
        <w:rPr>
          <w:rFonts w:ascii="Times New Roman" w:hAnsi="Times New Roman"/>
          <w:sz w:val="24"/>
        </w:rPr>
      </w:r>
    </w:p>
    <w:p>
      <w:pPr>
        <w:spacing w:before="120"/>
      </w:pPr>
      <w:r>
        <w:rPr>
          <w:rFonts w:ascii="Times New Roman" w:hAnsi="Times New Roman"/>
          <w:sz w:val="24"/>
        </w:rPr>
        <w:t>Ihr Handeln verstößt gegen das Urheberrecht, welches den Schutz von Werken und geistigem Eigentum sicherstellt. Nach dem Urhebergesetz steht ausschließlich dem Rechteinhaber das Recht zu, über die Veröffentlichung, Verbreitung und Vervielfältigung geschützter Werke zu entscheiden. Diese Rechte wurden durch Ihre unbefugte Nutzung verletzt, was gravierende rechtliche und finanzielle Konsequenzen für unser Unternehmen nach sich ziehen kann.</w:t>
      </w:r>
    </w:p>
    <w:p>
      <w:pPr>
        <w:spacing w:before="120"/>
      </w:pPr>
      <w:r>
        <w:rPr>
          <w:rFonts w:ascii="Times New Roman" w:hAnsi="Times New Roman"/>
          <w:sz w:val="24"/>
        </w:rPr>
      </w:r>
      <w:r>
        <w:rPr>
          <w:rFonts w:ascii="Times New Roman" w:hAnsi="Times New Roman"/>
          <w:b/>
          <w:sz w:val="24"/>
        </w:rPr>
        <w:t>4. 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oder ähnliche Pflichtverletzungen zukünftig zu unterlassen und die arbeitsvertraglich sowie gesetzlich vorgeschriebenen Verhaltensstandards einzuhalten. Bei Beibehaltung pflichtwidrigen Verhaltens sehen wir uns gezwungen, arbeitsrechtliche Maßnahmen zu ergreifen, bis hin zur Kündigung des Arbeitsverhältnisses.</w:t>
      </w:r>
    </w:p>
    <w:p>
      <w:pPr>
        <w:spacing w:before="120"/>
      </w:pPr>
      <w:r>
        <w:rPr>
          <w:rFonts w:ascii="Times New Roman" w:hAnsi="Times New Roman"/>
          <w:sz w:val="24"/>
        </w:rPr>
      </w:r>
      <w:r>
        <w:rPr>
          <w:rFonts w:ascii="Times New Roman" w:hAnsi="Times New Roman"/>
          <w:b/>
          <w:sz w:val="24"/>
        </w:rPr>
        <w:t>5. Hinweis auf Personalakte:</w:t>
      </w:r>
      <w:r>
        <w:rPr>
          <w:rFonts w:ascii="Times New Roman" w:hAnsi="Times New Roman"/>
          <w:sz w:val="24"/>
        </w:rPr>
      </w:r>
    </w:p>
    <w:p>
      <w:pPr>
        <w:spacing w:before="120"/>
      </w:pPr>
      <w:r>
        <w:rPr>
          <w:rFonts w:ascii="Times New Roman" w:hAnsi="Times New Roman"/>
          <w:sz w:val="24"/>
        </w:rPr>
        <w:t>Diese Abmahnung wird in Ihrer Personalakte vermerkt. Wir weisen ausdrücklich darauf hin, dass sich dieser Vermerk bei künftigen ähnlichen Pflichtverletzungen negativ auf Ihr Arbeitsverhältnis auswirken wird.</w:t>
      </w:r>
    </w:p>
    <w:p>
      <w:pPr>
        <w:spacing w:before="120"/>
      </w:pPr>
      <w:r>
        <w:rPr>
          <w:rFonts w:ascii="Times New Roman" w:hAnsi="Times New Roman"/>
          <w:sz w:val="24"/>
        </w:rPr>
      </w:r>
      <w:r>
        <w:rPr>
          <w:rFonts w:ascii="Times New Roman" w:hAnsi="Times New Roman"/>
          <w:b/>
          <w:sz w:val="24"/>
        </w:rPr>
        <w:t>6. Folgen bei Wiederholung:</w:t>
      </w:r>
      <w:r>
        <w:rPr>
          <w:rFonts w:ascii="Times New Roman" w:hAnsi="Times New Roman"/>
          <w:sz w:val="24"/>
        </w:rPr>
      </w:r>
    </w:p>
    <w:p>
      <w:pPr>
        <w:spacing w:before="120"/>
      </w:pPr>
      <w:r>
        <w:rPr>
          <w:rFonts w:ascii="Times New Roman" w:hAnsi="Times New Roman"/>
          <w:sz w:val="24"/>
        </w:rPr>
        <w:t>Bei erneuter Verletzung der urheberrechtlichen Bestimmungen oder anderer arbeitsvertraglicher Pflichten behalten wir uns weitere arbeitsrechtliche Schritte vor, die bis zur ordentlichen oder außerordentlichen Kündigung Ihres Arbeitsverhältnisses reichen können.</w:t>
      </w:r>
    </w:p>
    <w:p>
      <w:pPr>
        <w:spacing w:before="120"/>
      </w:pPr>
      <w:r>
        <w:rPr>
          <w:rFonts w:ascii="Times New Roman" w:hAnsi="Times New Roman"/>
          <w:sz w:val="24"/>
        </w:rPr>
      </w:r>
      <w:r>
        <w:rPr>
          <w:rFonts w:ascii="Times New Roman" w:hAnsi="Times New Roman"/>
          <w:b/>
          <w:sz w:val="24"/>
        </w:rPr>
        <w:t>7. Frist zur Stellungnahme:</w:t>
      </w:r>
      <w:r>
        <w:rPr>
          <w:rFonts w:ascii="Times New Roman" w:hAnsi="Times New Roman"/>
          <w:sz w:val="24"/>
        </w:rPr>
      </w:r>
    </w:p>
    <w:p>
      <w:pPr>
        <w:spacing w:before="120"/>
      </w:pPr>
      <w:r>
        <w:rPr>
          <w:rFonts w:ascii="Times New Roman" w:hAnsi="Times New Roman"/>
          <w:sz w:val="24"/>
        </w:rPr>
        <w:t>Sie haben die Möglichkeit, sich zu den hier dargestellten Vorwürfen zu äußern. Bitte reichen Sie eine schriftliche Stellungnahme bis spätestens zum ____________________  bei Ihrer direkten Vorgesetzten/Ihrem direkten Vorgesetzten ein.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t xml:space="preserve"> Ich habe das vorliegende Schreiben erhalten und zur Kenntnis genommen.</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