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b/>
          <w:sz w:val="32"/>
        </w:rPr>
        <w:t>Abmahnung – Kündigung Mietvertrag Nach</w:t>
      </w:r>
    </w:p>
    <w:p/>
    <w:p>
      <w:pPr>
        <w:spacing w:before="120"/>
      </w:pPr>
      <w:r>
        <w:rPr>
          <w:rFonts w:ascii="Times New Roman" w:hAnsi="Times New Roman"/>
          <w:sz w:val="24"/>
        </w:rPr>
      </w:r>
      <w:r>
        <w:rPr>
          <w:rFonts w:ascii="Times New Roman" w:hAnsi="Times New Roman"/>
          <w:b/>
          <w:sz w:val="24"/>
        </w:rPr>
        <w:t>Betreff:</w:t>
      </w:r>
      <w:r>
        <w:rPr>
          <w:rFonts w:ascii="Times New Roman" w:hAnsi="Times New Roman"/>
          <w:sz w:val="24"/>
        </w:rPr>
        <w:t xml:space="preserve"> Abmahnung wegen Vertragsverletzung bezüglich der Kündigung des Mietvertrags</w:t>
      </w:r>
    </w:p>
    <w:p>
      <w:pPr>
        <w:spacing w:before="120"/>
      </w:pPr>
      <w:r>
        <w:rPr>
          <w:rFonts w:ascii="Times New Roman" w:hAnsi="Times New Roman"/>
          <w:sz w:val="24"/>
        </w:rPr>
      </w:r>
      <w:r>
        <w:rPr>
          <w:rFonts w:ascii="Times New Roman" w:hAnsi="Times New Roman"/>
          <w:b/>
          <w:sz w:val="24"/>
        </w:rPr>
        <w:t>Absender:</w:t>
      </w:r>
      <w:r>
        <w:rPr>
          <w:rFonts w:ascii="Times New Roman" w:hAnsi="Times New Roman"/>
          <w:sz w:val="24"/>
        </w:rPr>
      </w:r>
    </w:p>
    <w:p>
      <w:r>
        <w:rPr>
          <w:rFonts w:ascii="Times New Roman" w:hAnsi="Times New Roman"/>
          <w:sz w:val="24"/>
        </w:rPr>
        <w:t xml:space="preserve">Name Arbeitgeber: </w:t>
      </w:r>
      <w:r>
        <w:rPr>
          <w:rFonts w:ascii="Times New Roman" w:hAnsi="Times New Roman"/>
          <w:sz w:val="24"/>
        </w:rPr>
        <w:fldChar w:fldCharType="begin">
          <w:ffData>
            <w:name w:val="Name Arbeitgeb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Adresse Arbeitgeber: </w:t>
      </w:r>
      <w:r>
        <w:rPr>
          <w:rFonts w:ascii="Times New Roman" w:hAnsi="Times New Roman"/>
          <w:sz w:val="24"/>
        </w:rPr>
        <w:fldChar w:fldCharType="begin">
          <w:ffData>
            <w:name w:val="Adresse Arbeitgeb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r>
      <w:r>
        <w:rPr>
          <w:rFonts w:ascii="Times New Roman" w:hAnsi="Times New Roman"/>
          <w:b/>
          <w:sz w:val="24"/>
        </w:rPr>
        <w:t>Empfänger:</w:t>
      </w:r>
      <w:r>
        <w:rPr>
          <w:rFonts w:ascii="Times New Roman" w:hAnsi="Times New Roman"/>
          <w:sz w:val="24"/>
        </w:rPr>
      </w:r>
    </w:p>
    <w:p>
      <w:r>
        <w:rPr>
          <w:rFonts w:ascii="Times New Roman" w:hAnsi="Times New Roman"/>
          <w:sz w:val="24"/>
        </w:rPr>
        <w:t xml:space="preserve">Name Arbeitnehmer: </w:t>
      </w:r>
      <w:r>
        <w:rPr>
          <w:rFonts w:ascii="Times New Roman" w:hAnsi="Times New Roman"/>
          <w:sz w:val="24"/>
        </w:rPr>
        <w:fldChar w:fldCharType="begin">
          <w:ffData>
            <w:name w:val="Name Arbeitnehm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Adresse Arbeitnehmer: </w:t>
      </w:r>
      <w:r>
        <w:rPr>
          <w:rFonts w:ascii="Times New Roman" w:hAnsi="Times New Roman"/>
          <w:sz w:val="24"/>
        </w:rPr>
        <w:fldChar w:fldCharType="begin">
          <w:ffData>
            <w:name w:val="Adresse Arbeitnehm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r>
      <w:r>
        <w:rPr>
          <w:rFonts w:ascii="Times New Roman" w:hAnsi="Times New Roman"/>
          <w:b/>
          <w:sz w:val="24"/>
        </w:rPr>
        <w:t>Sachverhalt:</w:t>
      </w:r>
      <w:r>
        <w:rPr>
          <w:rFonts w:ascii="Times New Roman" w:hAnsi="Times New Roman"/>
          <w:sz w:val="24"/>
        </w:rPr>
      </w:r>
    </w:p>
    <w:p>
      <w:pPr>
        <w:spacing w:before="120"/>
      </w:pPr>
      <w:r>
        <w:rPr>
          <w:rFonts w:ascii="Times New Roman" w:hAnsi="Times New Roman"/>
          <w:sz w:val="24"/>
        </w:rPr>
        <w:t>Sehr geehrte/r Frau/Herr ____________________,</w:t>
      </w:r>
    </w:p>
    <w:p>
      <w:pPr>
        <w:spacing w:before="120"/>
      </w:pPr>
      <w:r>
        <w:rPr>
          <w:rFonts w:ascii="Times New Roman" w:hAnsi="Times New Roman"/>
          <w:sz w:val="24"/>
        </w:rPr>
        <w:t>hiermit sprechen wir Ihnen eine Abmahnung wegen pflichtwidrigen Verhaltens in Bezug auf den von Ihnen vollzogenen Mietvertragskündigungsvorgang aus.</w:t>
      </w:r>
    </w:p>
    <w:p>
      <w:pPr>
        <w:spacing w:before="120"/>
      </w:pPr>
      <w:r>
        <w:rPr>
          <w:rFonts w:ascii="Times New Roman" w:hAnsi="Times New Roman"/>
          <w:sz w:val="24"/>
        </w:rPr>
        <w:t>Am ____________________ haben wir festgestellt, dass Sie entgegen der vertraglichen Vereinbarungen eigenmächtig den Mietvertrag über die Ihnen zur Verfügung gestellte Betriebswohnung gekündigt haben. Diese Kündigung erfolgte ohne vorherige Abstimmung und entgegen den festgelegten internen Prozeduren und Richtlinien.</w:t>
      </w:r>
    </w:p>
    <w:p>
      <w:pPr>
        <w:spacing w:before="120"/>
      </w:pPr>
      <w:r>
        <w:rPr>
          <w:rFonts w:ascii="Times New Roman" w:hAnsi="Times New Roman"/>
          <w:sz w:val="24"/>
        </w:rPr>
      </w:r>
      <w:r>
        <w:rPr>
          <w:rFonts w:ascii="Times New Roman" w:hAnsi="Times New Roman"/>
          <w:b/>
          <w:sz w:val="24"/>
        </w:rPr>
        <w:t>Konkrete Pflichtverletzung:</w:t>
      </w:r>
      <w:r>
        <w:rPr>
          <w:rFonts w:ascii="Times New Roman" w:hAnsi="Times New Roman"/>
          <w:sz w:val="24"/>
        </w:rPr>
      </w:r>
    </w:p>
    <w:p>
      <w:pPr>
        <w:spacing w:before="120"/>
      </w:pPr>
      <w:r>
        <w:rPr>
          <w:rFonts w:ascii="Times New Roman" w:hAnsi="Times New Roman"/>
          <w:sz w:val="24"/>
        </w:rPr>
        <w:t>Ihr Verhalten stellt eine klare Verletzung der arbeitsvertraglichen Pflichten dar. Insbesondere haben Sie gegen die Vereinbarung verstoßen, wonach jede Änderung oder Kündigung des Mietverhältnisses, das im Kontext Ihrer Betriebszugehörigkeit steht, nur in Abstimmung mit der Geschäftsführung durchgeführt werden darf. Diese Regelung ist Bestandteil Ihres Arbeitsvertrages und wurde mehrfach im Rahmen von Mitarbeiterversammlungen betont.</w:t>
      </w:r>
    </w:p>
    <w:p>
      <w:pPr>
        <w:spacing w:before="120"/>
      </w:pPr>
      <w:r>
        <w:rPr>
          <w:rFonts w:ascii="Times New Roman" w:hAnsi="Times New Roman"/>
          <w:sz w:val="24"/>
        </w:rPr>
      </w:r>
      <w:r>
        <w:rPr>
          <w:rFonts w:ascii="Times New Roman" w:hAnsi="Times New Roman"/>
          <w:b/>
          <w:sz w:val="24"/>
        </w:rPr>
        <w:t>Rechtliche Hinweise:</w:t>
      </w:r>
      <w:r>
        <w:rPr>
          <w:rFonts w:ascii="Times New Roman" w:hAnsi="Times New Roman"/>
          <w:sz w:val="24"/>
        </w:rPr>
      </w:r>
    </w:p>
    <w:p>
      <w:pPr>
        <w:spacing w:before="120"/>
      </w:pPr>
      <w:r>
        <w:rPr>
          <w:rFonts w:ascii="Times New Roman" w:hAnsi="Times New Roman"/>
          <w:sz w:val="24"/>
        </w:rPr>
        <w:t>Gemäß § 241 BGB sind Vertragsparteien zur gegenseitigen Rücksichtnahme verpflichtet, was Sie durch Ihr Verhalten missachtet haben. Darüber hinaus gefährdet Ihr Verhalten den reibungslosen Arbeitsablauf und das Vertrauensverhältnis zwischen Arbeitgeber und Arbeitnehmer. Eine wiederholte Missachtung kann einen Kündigungsgrund gemäß § 626 BGB darstellen.</w:t>
      </w:r>
    </w:p>
    <w:p>
      <w:pPr>
        <w:spacing w:before="120"/>
      </w:pPr>
      <w:r>
        <w:rPr>
          <w:rFonts w:ascii="Times New Roman" w:hAnsi="Times New Roman"/>
          <w:sz w:val="24"/>
        </w:rPr>
      </w:r>
      <w:r>
        <w:rPr>
          <w:rFonts w:ascii="Times New Roman" w:hAnsi="Times New Roman"/>
          <w:b/>
          <w:sz w:val="24"/>
        </w:rPr>
        <w:t>Aufforderung zur Unterlassung und künftiger Vertragstreue:</w:t>
      </w:r>
      <w:r>
        <w:rPr>
          <w:rFonts w:ascii="Times New Roman" w:hAnsi="Times New Roman"/>
          <w:sz w:val="24"/>
        </w:rPr>
      </w:r>
    </w:p>
    <w:p>
      <w:pPr>
        <w:spacing w:before="120"/>
      </w:pPr>
      <w:r>
        <w:rPr>
          <w:rFonts w:ascii="Times New Roman" w:hAnsi="Times New Roman"/>
          <w:sz w:val="24"/>
        </w:rPr>
        <w:t>Wir fordern Sie hiermit auf, zukünftig sämtliche Maßnahmen im Zusammenhang mit dem Mietverhältnis nur nach zuvor eingeholter Genehmigung der Geschäftsführung durchzuführen. Wir erwarten von Ihnen, dass Sie sich künftig vollumfänglich an die vertraglichen Vereinbarungen und internen Richtlinien halten.</w:t>
      </w:r>
    </w:p>
    <w:p>
      <w:pPr>
        <w:spacing w:before="120"/>
      </w:pPr>
      <w:r>
        <w:rPr>
          <w:rFonts w:ascii="Times New Roman" w:hAnsi="Times New Roman"/>
          <w:sz w:val="24"/>
        </w:rPr>
      </w:r>
      <w:r>
        <w:rPr>
          <w:rFonts w:ascii="Times New Roman" w:hAnsi="Times New Roman"/>
          <w:b/>
          <w:sz w:val="24"/>
        </w:rPr>
        <w:t>Hinweis auf Personalakte:</w:t>
      </w:r>
      <w:r>
        <w:rPr>
          <w:rFonts w:ascii="Times New Roman" w:hAnsi="Times New Roman"/>
          <w:sz w:val="24"/>
        </w:rPr>
      </w:r>
    </w:p>
    <w:p>
      <w:pPr>
        <w:spacing w:before="120"/>
      </w:pPr>
      <w:r>
        <w:rPr>
          <w:rFonts w:ascii="Times New Roman" w:hAnsi="Times New Roman"/>
          <w:sz w:val="24"/>
        </w:rPr>
        <w:t>Diese Abmahnung wird in Ihre Personalakte aufgenommen. Sie haben jedoch die Möglichkeit, eine schriftliche Gegendarstellung abzugeben, die ebenfalls zur Personalakte genommen wird.</w:t>
      </w:r>
    </w:p>
    <w:p>
      <w:pPr>
        <w:spacing w:before="120"/>
      </w:pPr>
      <w:r>
        <w:rPr>
          <w:rFonts w:ascii="Times New Roman" w:hAnsi="Times New Roman"/>
          <w:sz w:val="24"/>
        </w:rPr>
      </w:r>
      <w:r>
        <w:rPr>
          <w:rFonts w:ascii="Times New Roman" w:hAnsi="Times New Roman"/>
          <w:b/>
          <w:sz w:val="24"/>
        </w:rPr>
        <w:t>Folgen bei Wiederholung:</w:t>
      </w:r>
      <w:r>
        <w:rPr>
          <w:rFonts w:ascii="Times New Roman" w:hAnsi="Times New Roman"/>
          <w:sz w:val="24"/>
        </w:rPr>
      </w:r>
    </w:p>
    <w:p>
      <w:pPr>
        <w:spacing w:before="120"/>
      </w:pPr>
      <w:r>
        <w:rPr>
          <w:rFonts w:ascii="Times New Roman" w:hAnsi="Times New Roman"/>
          <w:sz w:val="24"/>
        </w:rPr>
        <w:t>Wir weisen Sie darauf hin, dass im Falle einer erneuten Pflichtverletzung arbeitsrechtliche Konsequenzen bis hin zur Kündigung des Arbeitsverhältnisses erwogen werden können.</w:t>
      </w:r>
    </w:p>
    <w:p>
      <w:pPr>
        <w:spacing w:before="120"/>
      </w:pPr>
      <w:r>
        <w:rPr>
          <w:rFonts w:ascii="Times New Roman" w:hAnsi="Times New Roman"/>
          <w:sz w:val="24"/>
        </w:rPr>
      </w:r>
      <w:r>
        <w:rPr>
          <w:rFonts w:ascii="Times New Roman" w:hAnsi="Times New Roman"/>
          <w:b/>
          <w:sz w:val="24"/>
        </w:rPr>
        <w:t>Frist zur Stellungnahme:</w:t>
      </w:r>
      <w:r>
        <w:rPr>
          <w:rFonts w:ascii="Times New Roman" w:hAnsi="Times New Roman"/>
          <w:sz w:val="24"/>
        </w:rPr>
      </w:r>
    </w:p>
    <w:p>
      <w:pPr>
        <w:spacing w:before="120"/>
      </w:pPr>
      <w:r>
        <w:rPr>
          <w:rFonts w:ascii="Times New Roman" w:hAnsi="Times New Roman"/>
          <w:sz w:val="24"/>
        </w:rPr>
        <w:t>Bitte nehmen Sie bis zum ____________________ schriftlich Stellung zu den hier erhobenen Vorwürfen.</w:t>
      </w:r>
    </w:p>
    <w:p>
      <w:pPr>
        <w:spacing w:before="120"/>
      </w:pPr>
      <w:r>
        <w:rPr>
          <w:rFonts w:ascii="Times New Roman" w:hAnsi="Times New Roman"/>
          <w:sz w:val="24"/>
        </w:rPr>
      </w:r>
      <w:r>
        <w:rPr>
          <w:rFonts w:ascii="Times New Roman" w:hAnsi="Times New Roman"/>
          <w:b/>
          <w:sz w:val="24"/>
        </w:rPr>
        <w:t>Schlussformel:</w:t>
      </w:r>
      <w:r>
        <w:rPr>
          <w:rFonts w:ascii="Times New Roman" w:hAnsi="Times New Roman"/>
          <w:sz w:val="24"/>
        </w:rPr>
      </w:r>
    </w:p>
    <w:p>
      <w:pPr>
        <w:spacing w:before="120"/>
      </w:pPr>
      <w:r>
        <w:rPr>
          <w:rFonts w:ascii="Times New Roman" w:hAnsi="Times New Roman"/>
          <w:sz w:val="24"/>
        </w:rPr>
        <w:t>Wir bedauern die Notwendigkeit dieser Maßnahme und hoffen auf Ihr Verständnis und Ihre Kooperation in dieser Angelegenheit.</w:t>
      </w:r>
    </w:p>
    <w:p>
      <w:r>
        <w:rPr>
          <w:rFonts w:ascii="Times New Roman" w:hAnsi="Times New Roman"/>
          <w:sz w:val="24"/>
        </w:rPr>
        <w:t xml:space="preserve">Ort, Datum: </w:t>
      </w:r>
      <w:r>
        <w:rPr>
          <w:rFonts w:ascii="Times New Roman" w:hAnsi="Times New Roman"/>
          <w:sz w:val="24"/>
        </w:rPr>
        <w:fldChar w:fldCharType="begin">
          <w:ffData>
            <w:name w:val="Ort, Datum"/>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____________________</w:t>
      </w:r>
    </w:p>
    <w:p>
      <w:pPr>
        <w:spacing w:before="120"/>
      </w:pPr>
      <w:r>
        <w:rPr>
          <w:rFonts w:ascii="Times New Roman" w:hAnsi="Times New Roman"/>
          <w:sz w:val="24"/>
        </w:rPr>
      </w:r>
      <w:r>
        <w:rPr>
          <w:rFonts w:ascii="Times New Roman" w:hAnsi="Times New Roman"/>
          <w:b/>
          <w:sz w:val="24"/>
        </w:rPr>
        <w:t>Unterschrift Arbeitgeber/in:</w:t>
      </w:r>
      <w:r>
        <w:rPr>
          <w:rFonts w:ascii="Times New Roman" w:hAnsi="Times New Roman"/>
          <w:sz w:val="24"/>
        </w:rPr>
        <w:t xml:space="preserve"> ____________________</w:t>
      </w:r>
    </w:p>
    <w:p>
      <w:pPr>
        <w:spacing w:before="120"/>
      </w:pPr>
      <w:r>
        <w:rPr>
          <w:rFonts w:ascii="Times New Roman" w:hAnsi="Times New Roman"/>
          <w:sz w:val="24"/>
        </w:rPr>
      </w:r>
      <w:r>
        <w:rPr>
          <w:rFonts w:ascii="Times New Roman" w:hAnsi="Times New Roman"/>
          <w:b/>
          <w:sz w:val="24"/>
        </w:rPr>
        <w:t>Unterschrift Arbeitnehmer/in (Empfangsbestätigung):</w:t>
      </w:r>
      <w:r>
        <w:rPr>
          <w:rFonts w:ascii="Times New Roman" w:hAnsi="Times New Roman"/>
          <w:sz w:val="24"/>
        </w:rPr>
        <w:t xml:space="preserve"> ____________________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Times New Roman" w:hAnsi="Times New Roman"/>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