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Krank Mit Ansage</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unentschuldigten Fehlverhaltens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hiermit sprechen wir Ihnen eine Abmahnung aus. Sie sind bei uns seit dem ____________________ als ____________________ in der Abteilung ____________________ tätig. Am ____________________ haben wir festgestellt, dass Sie Ihrer arbeitsvertraglichen Pflicht zur ordnungsgemäßen Arbeitsleistung nicht nachgekommen sind, indem Sie Ihre Abwesenheit im Voraus angekündigt und dennoch unrechtmäßig von Ihrer Arbeit ferngeblieben sind.</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____________________ haben Sie gegenüber Ihrem Vorgesetzten geäußert, dass Sie sich am darauf folgenden Tag krankmelden werden. An diesem Tag sind Sie tatsächlich unentschuldigt der Arbeit ferngeblieben, ohne dies mit einem ärztlichen Attest zu belegen. Dieses Verhalten verstößt gegen Ihre arbeitsvertraglichen Pflichten und insbesondere gegen die im Unternehmen geltenden Meldepflichten im Krankheitsfall.</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 Verhalten stellt eine erhebliche Verletzung Ihrer arbeitsvertraglichen Hauptpflicht und der im Unternehmen geltenden Regelungen dar. Arbeitnehmer sind verpflichtet, im Krankheitsfall unverzüglich den Arbeitgeber zu informieren und spätestens ab dem dritten Tag der Arbeitsunfähigkeit eine ärztliche Arbeitsunfähigkeitsbescheinigung vorzulegen. Die Missachtung dieser Pflicht kann als Verletzung der Arbeitsdisziplin gewertet werden und gibt dem Arbeitgeber das Recht zur Abmahnung.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zukünftig zu unterlassen und Ihre vertraglichen Pflichten gewissenhaft zu erfüllen. Verhalten Sie sich bitte künftig vertragsgemäß und melden Sie sich korrekt im Krankheitsfall.</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haben die Möglichkeit, hierzu Stellung zu nehmen.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darauf hin, dass im Falle einer erneuten Pflichtverletzung arbeitsrechtliche Maßnahmen, bis hin zur Kündigung des Arbeitsverhältnisses, in Erwägung gezogen werden.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Sollten Sie eine Stellungnahme abgeben möchten, bitten wir um eine schriftliche Erklärung bis spätestens ____________________.</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in dieser Angelegenheit und auf eine künftig reibungslose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