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Gegendarstellung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unzureichender Arbeitsleistung</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mit diesem Schreiben möchten wir Sie auf eine ernste Pflichtverletzung im Rahmen Ihres Arbeitsverhältnisses bei der ____________________ (Name Arbeitgeber) hinweisen.</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(Datum der Pflichtverletzung) ist uns aufgefallen, dass Sie an Ihrem Arbeitsplatz in der Abteilung ____________________ nicht die vereinbarte Arbeitsleistung erbracht haben. Konkret betrifft dies den Vorfall am ____________________ in ____________________ (Ort der Pflichtverletzung), wo Sie trotz klarer Anweisung durch Ihre Vorgesetzten die Ihnen übertragenen Aufgaben nicht in der erwarteten Qualität und innerhalb der gesetzten Frist erfüllt haben. Zeugen hierfür sind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stellt eine Verletzung Ihrer arbeitsvertraglichen Pflichten dar, insbesondere der Pflicht zur Erbringung der vertraglich geschuldeten Arbeitsleistung gemäß den geltenden Standards unserer Firma. Diese Pflichtverletzung beeinträchtigt den betrieblichen Ablauf erheblich und wurde bereits in der Vergangenheit in Gesprächen thematisiert.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darauf hin, dass eine Abmahnung erforderlich ist, um auf das vertragswidrige Verhalten hinzuweisen und Ihnen Gelegenheit zur Korrektur zu geben. Eine Abmahnung ist eine formelle Rüge und hat die Funktion, Sie darauf aufmerksam zu machen, dass Ihre arbeitsvertraglichen Pflichten verletzt wurden und dies nicht toleriert werden kann. Bei fortgesetzten Pflichtverletzungen kann eine solche Maßnahme Grundlage für weitergehende arbeitsrechtliche Schritte, bis hin zur Kündigung, bilden.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Ihre Arbeitsleistung zukünftig ordnungsgemäß zu erbringen und von jeglichen Verhaltensweisen abzusehen, die dem Betriebserfolg schaden. Wir erwarten von Ihnen absolute Vertragstreue in allen Belangen Ihrer Anstellung.</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das Recht, eine schriftliche Gegendarstellung bei uns einzureichen. Diese wird ebenfalls in Ihrer Personalakte vermerkt.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Ihr Verhalten nicht umgehend ändern, behalten wir uns das Recht vor, weitergehende arbeitsrechtliche Maßnahmen, bis hin zur fristlosen Kündigung, zu prüfen.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hiermit eine Frist bis zum ____________________ (Frist zur Stellungnahme), um schriftlich zu den Vorwürfen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Bitte empfangen Sie dieses Schreiben als Aufforderung zur Besserung und Beweis unserer Bemühungen, das Arbeitsverhältnis fortzusetzen.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