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Dsgvo</w:t>
      </w:r>
    </w:p>
    <w:p/>
    <w:p>
      <w:pPr>
        <w:spacing w:before="120"/>
      </w:pPr>
      <w:r>
        <w:rPr>
          <w:rFonts w:ascii="Times New Roman" w:hAnsi="Times New Roman"/>
          <w:sz w:val="24"/>
        </w:rPr>
        <w:t>Betreff: Abmahnung wegen Verstoßes gegen die Datenschutz-Grundverordnung (DSGVO)</w:t>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Sehr geehrter Herr/Frau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kam es am Arbeitsplatz zu einem Vorfall, bei dem personenbezogene Daten unbefugt verarbeitet wurden. Dieser Vorfall ereignete sich im Rahmen Ihrer Tätigkeit in der Abteilung ____________________. Konkret wurden Kundendaten ohne deren Einwilligung auf einem ungeschützten externen Speichermedium gesichert und an eine externe Partei weitergeleitet. Dies geschah am ____________________ im Bürogebäude am Standort ____________________. Zeugen des Vorfalls sind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Diese Handlung stellt einen erheblichen Verstoß gegen die Datenschutz-Grundverordnung (DSGVO) dar, die strikte Regelungen zum Schutz personenbezogener Daten aufstellt und deren unautorisierte Weitergabe streng untersagt. Als Mitarbeiter der Abteilung ____________________ sind Sie verpflichtet, alle Daten ihrer Schutzwürdigkeit entsprechend zu verarbeiten und keinerlei unbefugte Verwendung zuzulassen.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Das beschriebene Verhalten verletzt nicht nur die unternehmensinternen Datenschutzrichtlinien, sondern auch die in der DSGVO verankerten Prinzipien zum Schutz personenbezogener Daten. Ein solcher Vorfall kann erhebliche rechtliche Konsequenzen, einschließlich Sanktionen durch Aufsichtsbehörden, nach sich ziehen. Zudem gefährdet er das Vertrauen der Kunden in unser Unternehmen.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Hiermit fordern wir Sie auf, künftig jedwede Weitergabe oder unbefugte Verarbeitung personenbezogener Daten zu unterlassen. Bitte halten Sie sich strikt an die Vorgaben der DSGVO sowie an die internen Datenschutzrichtlinien, die Ihnen bekannt sind.</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Bei einer wiederholten Missachtung der Vorschriften behalten wir uns weitergehende arbeitsrechtliche Maßnahmen bis hin zur Kündigung des Arbeitsverhältnisses vor.</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ein ähnliches Verhalten in der Zukunft erneut festgestellt werden, müssen Sie mit erheblichen arbeitsrechtlichen Sanktionen rechnen, die in einer Beendigung Ihres Arbeitsverhältnisses münden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zu den hier gegen Sie erhobenen Vorwürfen Stellung zu nehmen. Bitte reichen Sie Ihre schriftliche Stellungnahme bis spätestens zum ____________________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vertrauen darauf, dass Sie künftig mit der notwendigen Sorgfalt und unter Einhaltung der geltenden Datenschutzbestimmungen agieren. Für Rückfragen stehen wir Ihnen gerne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Mit freundlichen Grüßen,</w:t>
      </w:r>
      <w:r>
        <w:rPr>
          <w:rFonts w:ascii="Times New Roman" w:hAnsi="Times New Roman"/>
          <w:sz w:val="24"/>
        </w:rPr>
      </w:r>
    </w:p>
    <w:p>
      <w:pPr>
        <w:spacing w:before="120"/>
      </w:pPr>
      <w:r>
        <w:rPr>
          <w:rFonts w:ascii="Times New Roman" w:hAnsi="Times New Roman"/>
          <w:sz w:val="24"/>
        </w:rPr>
        <w:t>____________________ (Name Arbeitgeber)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