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b/>
          <w:sz w:val="32"/>
        </w:rPr>
        <w:t>Abmahnung – Chef Abmahnen Gehalt</w:t>
      </w:r>
    </w:p>
    <w:p/>
    <w:p>
      <w:pPr>
        <w:spacing w:before="120"/>
      </w:pPr>
      <w:r>
        <w:rPr>
          <w:rFonts w:ascii="Times New Roman" w:hAnsi="Times New Roman"/>
          <w:sz w:val="24"/>
        </w:rPr>
      </w:r>
      <w:r>
        <w:rPr>
          <w:rFonts w:ascii="Times New Roman" w:hAnsi="Times New Roman"/>
          <w:b/>
          <w:sz w:val="24"/>
        </w:rPr>
        <w:t>Abmahnung wegen unkorrekter Gehaltsabrechnung</w:t>
      </w:r>
      <w:r>
        <w:rPr>
          <w:rFonts w:ascii="Times New Roman" w:hAnsi="Times New Roman"/>
          <w:sz w:val="24"/>
        </w:rPr>
      </w:r>
    </w:p>
    <w:p>
      <w:pPr>
        <w:spacing w:before="120"/>
      </w:pPr>
      <w:r>
        <w:rPr>
          <w:rFonts w:ascii="Times New Roman" w:hAnsi="Times New Roman"/>
          <w:sz w:val="24"/>
        </w:rPr>
        <w:t>____________________</w:t>
      </w:r>
    </w:p>
    <w:p>
      <w:pPr>
        <w:spacing w:before="120"/>
      </w:pPr>
      <w:r>
        <w:rPr>
          <w:rFonts w:ascii="Times New Roman" w:hAnsi="Times New Roman"/>
          <w:sz w:val="24"/>
        </w:rPr>
      </w:r>
      <w:r>
        <w:rPr>
          <w:rFonts w:ascii="Times New Roman" w:hAnsi="Times New Roman"/>
          <w:b/>
          <w:sz w:val="24"/>
        </w:rPr>
        <w:t>Absender:</w:t>
      </w:r>
      <w:r>
        <w:rPr>
          <w:rFonts w:ascii="Times New Roman" w:hAnsi="Times New Roman"/>
          <w:sz w:val="24"/>
        </w:rPr>
      </w:r>
    </w:p>
    <w:p>
      <w:r>
        <w:rPr>
          <w:rFonts w:ascii="Times New Roman" w:hAnsi="Times New Roman"/>
          <w:sz w:val="24"/>
        </w:rPr>
        <w:t xml:space="preserve">Name Arbeitgeber: </w:t>
      </w:r>
      <w:r>
        <w:rPr>
          <w:rFonts w:ascii="Times New Roman" w:hAnsi="Times New Roman"/>
          <w:sz w:val="24"/>
        </w:rPr>
        <w:fldChar w:fldCharType="begin">
          <w:ffData>
            <w:name w:val="Name Arbeitgeber"/>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r>
        <w:rPr>
          <w:rFonts w:ascii="Times New Roman" w:hAnsi="Times New Roman"/>
          <w:sz w:val="24"/>
        </w:rPr>
        <w:t xml:space="preserve">Adresse Arbeitgeber: </w:t>
      </w:r>
      <w:r>
        <w:rPr>
          <w:rFonts w:ascii="Times New Roman" w:hAnsi="Times New Roman"/>
          <w:sz w:val="24"/>
        </w:rPr>
        <w:fldChar w:fldCharType="begin">
          <w:ffData>
            <w:name w:val="Adresse Arbeitgeber"/>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pPr>
        <w:spacing w:before="120"/>
      </w:pPr>
      <w:r>
        <w:rPr>
          <w:rFonts w:ascii="Times New Roman" w:hAnsi="Times New Roman"/>
          <w:sz w:val="24"/>
        </w:rPr>
      </w:r>
      <w:r>
        <w:rPr>
          <w:rFonts w:ascii="Times New Roman" w:hAnsi="Times New Roman"/>
          <w:b/>
          <w:sz w:val="24"/>
        </w:rPr>
        <w:t>Empfänger:</w:t>
      </w:r>
      <w:r>
        <w:rPr>
          <w:rFonts w:ascii="Times New Roman" w:hAnsi="Times New Roman"/>
          <w:sz w:val="24"/>
        </w:rPr>
      </w:r>
    </w:p>
    <w:p>
      <w:r>
        <w:rPr>
          <w:rFonts w:ascii="Times New Roman" w:hAnsi="Times New Roman"/>
          <w:sz w:val="24"/>
        </w:rPr>
        <w:t xml:space="preserve">Name Arbeitnehmer: </w:t>
      </w:r>
      <w:r>
        <w:rPr>
          <w:rFonts w:ascii="Times New Roman" w:hAnsi="Times New Roman"/>
          <w:sz w:val="24"/>
        </w:rPr>
        <w:fldChar w:fldCharType="begin">
          <w:ffData>
            <w:name w:val="Name Arbeitnehmer"/>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r>
        <w:rPr>
          <w:rFonts w:ascii="Times New Roman" w:hAnsi="Times New Roman"/>
          <w:sz w:val="24"/>
        </w:rPr>
        <w:t xml:space="preserve">Adresse Arbeitnehmer: </w:t>
      </w:r>
      <w:r>
        <w:rPr>
          <w:rFonts w:ascii="Times New Roman" w:hAnsi="Times New Roman"/>
          <w:sz w:val="24"/>
        </w:rPr>
        <w:fldChar w:fldCharType="begin">
          <w:ffData>
            <w:name w:val="Adresse Arbeitnehmer"/>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r>
        <w:rPr>
          <w:rFonts w:ascii="Times New Roman" w:hAnsi="Times New Roman"/>
          <w:sz w:val="24"/>
        </w:rPr>
        <w:t xml:space="preserve">Geburtsdatum: </w:t>
      </w:r>
      <w:r>
        <w:rPr>
          <w:rFonts w:ascii="Times New Roman" w:hAnsi="Times New Roman"/>
          <w:sz w:val="24"/>
        </w:rPr>
        <w:fldChar w:fldCharType="begin">
          <w:ffData>
            <w:name w:val="Geburtsdatum"/>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r>
        <w:rPr>
          <w:rFonts w:ascii="Times New Roman" w:hAnsi="Times New Roman"/>
          <w:sz w:val="24"/>
        </w:rPr>
        <w:t xml:space="preserve">Personalnummer: </w:t>
      </w:r>
      <w:r>
        <w:rPr>
          <w:rFonts w:ascii="Times New Roman" w:hAnsi="Times New Roman"/>
          <w:sz w:val="24"/>
        </w:rPr>
        <w:fldChar w:fldCharType="begin">
          <w:ffData>
            <w:name w:val="Personalnummer"/>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r>
        <w:rPr>
          <w:rFonts w:ascii="Times New Roman" w:hAnsi="Times New Roman"/>
          <w:sz w:val="24"/>
        </w:rPr>
        <w:t xml:space="preserve">Abteilung: </w:t>
      </w:r>
      <w:r>
        <w:rPr>
          <w:rFonts w:ascii="Times New Roman" w:hAnsi="Times New Roman"/>
          <w:sz w:val="24"/>
        </w:rPr>
        <w:fldChar w:fldCharType="begin">
          <w:ffData>
            <w:name w:val="Abteilung"/>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pPr>
        <w:spacing w:before="120"/>
      </w:pPr>
      <w:r>
        <w:rPr>
          <w:rFonts w:ascii="Times New Roman" w:hAnsi="Times New Roman"/>
          <w:sz w:val="24"/>
        </w:rPr>
      </w:r>
      <w:r>
        <w:rPr>
          <w:rFonts w:ascii="Times New Roman" w:hAnsi="Times New Roman"/>
          <w:b/>
          <w:sz w:val="24"/>
        </w:rPr>
        <w:t>Sachverhalt:</w:t>
      </w:r>
      <w:r>
        <w:rPr>
          <w:rFonts w:ascii="Times New Roman" w:hAnsi="Times New Roman"/>
          <w:sz w:val="24"/>
        </w:rPr>
      </w:r>
    </w:p>
    <w:p>
      <w:pPr>
        <w:spacing w:before="120"/>
      </w:pPr>
      <w:r>
        <w:rPr>
          <w:rFonts w:ascii="Times New Roman" w:hAnsi="Times New Roman"/>
          <w:sz w:val="24"/>
        </w:rPr>
        <w:t>Am Datum der Pflichtverletzung: ____________________ am Ort der Pflichtverletzung: ____________________ kam es zu einer Unregelmäßigkeit in der Gehaltsabrechnung. Der Vorfall wurde von mehreren Zeugen beobachtet, darunter der/die Zeugen: ____________________. Der Arbeitnehmer hat festgestellt, dass das Gehalt für den genannten Zeitraum nicht korrekt überwiesen wurde. Die Differenz beläuft sich auf den Betrag, der nicht den vertraglich vereinbarten Konditionen entspricht.</w:t>
      </w:r>
    </w:p>
    <w:p>
      <w:pPr>
        <w:spacing w:before="120"/>
      </w:pPr>
      <w:r>
        <w:rPr>
          <w:rFonts w:ascii="Times New Roman" w:hAnsi="Times New Roman"/>
          <w:sz w:val="24"/>
        </w:rPr>
      </w:r>
      <w:r>
        <w:rPr>
          <w:rFonts w:ascii="Times New Roman" w:hAnsi="Times New Roman"/>
          <w:b/>
          <w:sz w:val="24"/>
        </w:rPr>
        <w:t>Konkrete Pflichtverletzung:</w:t>
      </w:r>
      <w:r>
        <w:rPr>
          <w:rFonts w:ascii="Times New Roman" w:hAnsi="Times New Roman"/>
          <w:sz w:val="24"/>
        </w:rPr>
      </w:r>
    </w:p>
    <w:p>
      <w:pPr>
        <w:spacing w:before="120"/>
      </w:pPr>
      <w:r>
        <w:rPr>
          <w:rFonts w:ascii="Times New Roman" w:hAnsi="Times New Roman"/>
          <w:sz w:val="24"/>
        </w:rPr>
        <w:t>Als Arbeitgeber sind Sie verpflichtet, die Gehälter pünktlich und in der vereinbarten Höhe an die Arbeitnehmer zu zahlen. Diese Pflicht ergibt sich aus dem Arbeitsvertrag und den allgemeinen arbeitsrechtlichen Regelungen. Im vorliegenden Fall haben Sie durch die fehlerhafte Abrechnung gegen diese Pflicht verstoßen und somit eine unzulässige Handlung begangen, die zu einer finanziellen Beeinträchtigung des Arbeitnehmers geführt hat.</w:t>
      </w:r>
    </w:p>
    <w:p>
      <w:pPr>
        <w:spacing w:before="120"/>
      </w:pPr>
      <w:r>
        <w:rPr>
          <w:rFonts w:ascii="Times New Roman" w:hAnsi="Times New Roman"/>
          <w:sz w:val="24"/>
        </w:rPr>
      </w:r>
      <w:r>
        <w:rPr>
          <w:rFonts w:ascii="Times New Roman" w:hAnsi="Times New Roman"/>
          <w:b/>
          <w:sz w:val="24"/>
        </w:rPr>
        <w:t>Rechtliche Hinweise:</w:t>
      </w:r>
      <w:r>
        <w:rPr>
          <w:rFonts w:ascii="Times New Roman" w:hAnsi="Times New Roman"/>
          <w:sz w:val="24"/>
        </w:rPr>
      </w:r>
    </w:p>
    <w:p>
      <w:pPr>
        <w:spacing w:before="120"/>
      </w:pPr>
      <w:r>
        <w:rPr>
          <w:rFonts w:ascii="Times New Roman" w:hAnsi="Times New Roman"/>
          <w:sz w:val="24"/>
        </w:rPr>
        <w:t>Diese Handlung stellt eine Verletzung der vertraglichen Hauptleistungspflichten dar, die im Rahmen des Arbeitsvertrages sowie nach allgemeinem Arbeitsrecht bestehen. Der Arbeitnehmer hat Anspruch auf eine ordnungsgemäße und fristgerechte Lohnabrechnung. Da es sich hierbei um eine schwerwiegende Verletzung der arbeitsrechtlichen Pflichten handelt, sind wir zur Abmahnung berechtigt. Wiederholte oder fortdauernde Pflichtverletzungen können zur Kündigung des Arbeitsverhältnisses führen.</w:t>
      </w:r>
    </w:p>
    <w:p>
      <w:pPr>
        <w:spacing w:before="120"/>
      </w:pPr>
      <w:r>
        <w:rPr>
          <w:rFonts w:ascii="Times New Roman" w:hAnsi="Times New Roman"/>
          <w:sz w:val="24"/>
        </w:rPr>
      </w:r>
      <w:r>
        <w:rPr>
          <w:rFonts w:ascii="Times New Roman" w:hAnsi="Times New Roman"/>
          <w:b/>
          <w:sz w:val="24"/>
        </w:rPr>
        <w:t>Aufforderung zur Unterlassung und künftiger Vertragstreue:</w:t>
      </w:r>
      <w:r>
        <w:rPr>
          <w:rFonts w:ascii="Times New Roman" w:hAnsi="Times New Roman"/>
          <w:sz w:val="24"/>
        </w:rPr>
      </w:r>
    </w:p>
    <w:p>
      <w:pPr>
        <w:spacing w:before="120"/>
      </w:pPr>
      <w:r>
        <w:rPr>
          <w:rFonts w:ascii="Times New Roman" w:hAnsi="Times New Roman"/>
          <w:sz w:val="24"/>
        </w:rPr>
        <w:t>Wir fordern Sie hiermit auf, in Zukunft alle Lohnabrechnungen korrekt und fristgerecht zu erstellen und keine weiteren Pflichtverletzungen dieser Art zu begehen. Stellen Sie sicher, dass alle erforderlichen Prüfmechanismen implementiert sind, um derartige Fehler in Zukunft zu vermeiden.</w:t>
      </w:r>
    </w:p>
    <w:p>
      <w:pPr>
        <w:spacing w:before="120"/>
      </w:pPr>
      <w:r>
        <w:rPr>
          <w:rFonts w:ascii="Times New Roman" w:hAnsi="Times New Roman"/>
          <w:sz w:val="24"/>
        </w:rPr>
      </w:r>
      <w:r>
        <w:rPr>
          <w:rFonts w:ascii="Times New Roman" w:hAnsi="Times New Roman"/>
          <w:b/>
          <w:sz w:val="24"/>
        </w:rPr>
        <w:t>Hinweis auf Personalakte:</w:t>
      </w:r>
      <w:r>
        <w:rPr>
          <w:rFonts w:ascii="Times New Roman" w:hAnsi="Times New Roman"/>
          <w:sz w:val="24"/>
        </w:rPr>
      </w:r>
    </w:p>
    <w:p>
      <w:pPr>
        <w:spacing w:before="120"/>
      </w:pPr>
      <w:r>
        <w:rPr>
          <w:rFonts w:ascii="Times New Roman" w:hAnsi="Times New Roman"/>
          <w:sz w:val="24"/>
        </w:rPr>
        <w:t>Diese Abmahnung wird Bestandteil Ihrer Personalakte und bei weiteren Vorfällen zur Beurteilung herangezogen.</w:t>
      </w:r>
    </w:p>
    <w:p>
      <w:pPr>
        <w:spacing w:before="120"/>
      </w:pPr>
      <w:r>
        <w:rPr>
          <w:rFonts w:ascii="Times New Roman" w:hAnsi="Times New Roman"/>
          <w:sz w:val="24"/>
        </w:rPr>
      </w:r>
      <w:r>
        <w:rPr>
          <w:rFonts w:ascii="Times New Roman" w:hAnsi="Times New Roman"/>
          <w:b/>
          <w:sz w:val="24"/>
        </w:rPr>
        <w:t>Folgen bei Wiederholung:</w:t>
      </w:r>
      <w:r>
        <w:rPr>
          <w:rFonts w:ascii="Times New Roman" w:hAnsi="Times New Roman"/>
          <w:sz w:val="24"/>
        </w:rPr>
      </w:r>
    </w:p>
    <w:p>
      <w:pPr>
        <w:spacing w:before="120"/>
      </w:pPr>
      <w:r>
        <w:rPr>
          <w:rFonts w:ascii="Times New Roman" w:hAnsi="Times New Roman"/>
          <w:sz w:val="24"/>
        </w:rPr>
        <w:t>Sollte es erneut zu einer ähnlichen Pflichtverletzung kommen, behalten wir uns arbeitsrechtliche Konsequenzen bis hin zur fristlosen Kündigung vor.</w:t>
      </w:r>
    </w:p>
    <w:p>
      <w:pPr>
        <w:spacing w:before="120"/>
      </w:pPr>
      <w:r>
        <w:rPr>
          <w:rFonts w:ascii="Times New Roman" w:hAnsi="Times New Roman"/>
          <w:sz w:val="24"/>
        </w:rPr>
      </w:r>
      <w:r>
        <w:rPr>
          <w:rFonts w:ascii="Times New Roman" w:hAnsi="Times New Roman"/>
          <w:b/>
          <w:sz w:val="24"/>
        </w:rPr>
        <w:t>Frist zur Stellungnahme:</w:t>
      </w:r>
      <w:r>
        <w:rPr>
          <w:rFonts w:ascii="Times New Roman" w:hAnsi="Times New Roman"/>
          <w:sz w:val="24"/>
        </w:rPr>
      </w:r>
    </w:p>
    <w:p>
      <w:pPr>
        <w:spacing w:before="120"/>
      </w:pPr>
      <w:r>
        <w:rPr>
          <w:rFonts w:ascii="Times New Roman" w:hAnsi="Times New Roman"/>
          <w:sz w:val="24"/>
        </w:rPr>
        <w:t>Bitte nehmen Sie bis zum Frist zur Stellungnahme (Datum/Uhrzeit): ____________________ schriftlich Stellung zu den genannten Vorwürfen und informieren Sie uns, welche Maßnahmen Sie zukünftig ergreifen werden, um vergleichbare Probleme zu vermeiden.</w:t>
      </w:r>
    </w:p>
    <w:p>
      <w:pPr>
        <w:spacing w:before="120"/>
      </w:pPr>
      <w:r>
        <w:rPr>
          <w:rFonts w:ascii="Times New Roman" w:hAnsi="Times New Roman"/>
          <w:sz w:val="24"/>
        </w:rPr>
      </w:r>
      <w:r>
        <w:rPr>
          <w:rFonts w:ascii="Times New Roman" w:hAnsi="Times New Roman"/>
          <w:b/>
          <w:sz w:val="24"/>
        </w:rPr>
        <w:t>Schlussformel:</w:t>
      </w:r>
      <w:r>
        <w:rPr>
          <w:rFonts w:ascii="Times New Roman" w:hAnsi="Times New Roman"/>
          <w:sz w:val="24"/>
        </w:rPr>
      </w:r>
    </w:p>
    <w:p>
      <w:pPr>
        <w:spacing w:before="120"/>
      </w:pPr>
      <w:r>
        <w:rPr>
          <w:rFonts w:ascii="Times New Roman" w:hAnsi="Times New Roman"/>
          <w:sz w:val="24"/>
        </w:rPr>
        <w:t>Wir erwarten, dass sich ein derartiger Vorfall nicht wiederholt, und verbleiben</w:t>
      </w:r>
    </w:p>
    <w:p>
      <w:pPr>
        <w:spacing w:before="120"/>
      </w:pPr>
      <w:r>
        <w:rPr>
          <w:rFonts w:ascii="Times New Roman" w:hAnsi="Times New Roman"/>
          <w:sz w:val="24"/>
        </w:rPr>
        <w:t>mit freundlichen Grüßen,</w:t>
      </w:r>
    </w:p>
    <w:p>
      <w:r>
        <w:rPr>
          <w:rFonts w:ascii="Times New Roman" w:hAnsi="Times New Roman"/>
          <w:sz w:val="24"/>
        </w:rPr>
        <w:t xml:space="preserve">Ort, Datum: </w:t>
      </w:r>
      <w:r>
        <w:rPr>
          <w:rFonts w:ascii="Times New Roman" w:hAnsi="Times New Roman"/>
          <w:sz w:val="24"/>
        </w:rPr>
        <w:fldChar w:fldCharType="begin">
          <w:ffData>
            <w:name w:val="Ort, Datum"/>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r>
        <w:rPr>
          <w:rFonts w:ascii="Times New Roman" w:hAnsi="Times New Roman"/>
          <w:sz w:val="24"/>
        </w:rPr>
        <w:t xml:space="preserve">Unterschrift Arbeitgeber/in: </w:t>
      </w:r>
      <w:r>
        <w:rPr>
          <w:rFonts w:ascii="Times New Roman" w:hAnsi="Times New Roman"/>
          <w:sz w:val="24"/>
        </w:rPr>
        <w:fldChar w:fldCharType="begin">
          <w:ffData>
            <w:name w:val="Unterschrift Arbeitgeber/in"/>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r>
        <w:rPr>
          <w:rFonts w:ascii="Times New Roman" w:hAnsi="Times New Roman"/>
          <w:sz w:val="24"/>
        </w:rPr>
        <w:t xml:space="preserve">Unterschrift Arbeitnehmer/in (Empfangsbestätigung): </w:t>
      </w:r>
      <w:r>
        <w:rPr>
          <w:rFonts w:ascii="Times New Roman" w:hAnsi="Times New Roman"/>
          <w:sz w:val="24"/>
        </w:rPr>
        <w:fldChar w:fldCharType="begin">
          <w:ffData>
            <w:name w:val="Unterschrift Arbeitnehmer/in (Empfangsbe"/>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Times New Roman" w:hAnsi="Times New Roman"/>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