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Antrag Auf Löschung Einer</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t>:</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t>:</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Abmahnung wegen Pflichtverletzung und Antrag auf Löschung einer Abmahnung</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t>:</w:t>
      </w:r>
    </w:p>
    <w:p>
      <w:pPr>
        <w:spacing w:before="120"/>
      </w:pPr>
      <w:r>
        <w:rPr>
          <w:rFonts w:ascii="Times New Roman" w:hAnsi="Times New Roman"/>
          <w:sz w:val="24"/>
        </w:rPr>
        <w:t>In unserem Unternehmen ist die Einhaltung der arbeitsvertraglichen Pflichten von elementarer Bedeutung. Am ____________________ kam es zu einem schwerwiegenden Vorfall, der Ihr Arbeitsverhältnis betrifft. Trotz klarer Anweisung und vorheriger Abmahnung wurde vereinbartes Verhalten nicht eingehalten.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t>:</w:t>
      </w:r>
    </w:p>
    <w:p>
      <w:pPr>
        <w:spacing w:before="120"/>
      </w:pPr>
      <w:r>
        <w:rPr>
          <w:rFonts w:ascii="Times New Roman" w:hAnsi="Times New Roman"/>
          <w:sz w:val="24"/>
        </w:rPr>
        <w:t>Sie haben am ____________________ um ____ Uhr an Ihrem Arbeitsplatz in ____________________ gegen die Vorschriften verstoßen, indem Sie . Dieser Vorfall wurde von ________________ beobachtet.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t>:</w:t>
      </w:r>
    </w:p>
    <w:p>
      <w:pPr>
        <w:spacing w:before="120"/>
      </w:pPr>
      <w:r>
        <w:rPr>
          <w:rFonts w:ascii="Times New Roman" w:hAnsi="Times New Roman"/>
          <w:sz w:val="24"/>
        </w:rPr>
        <w:t>Gemäß den Bestimmungen Ihres Arbeitsvertrags sowie den internen Richtlinien sind Sie verpflichtet, sich während der Arbeitszeit an die festgelegten Regelungen zu halten. Die Nichtbeachtung dieser Pflichten stellt eine erhebliche Verletzung der arbeitsvertraglichen Verpflichtungen dar und rechtfertigt eine Abmahnung.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t>:</w:t>
      </w:r>
    </w:p>
    <w:p>
      <w:pPr>
        <w:spacing w:before="120"/>
      </w:pPr>
      <w:r>
        <w:rPr>
          <w:rFonts w:ascii="Times New Roman" w:hAnsi="Times New Roman"/>
          <w:sz w:val="24"/>
        </w:rPr>
        <w:t>Wir fordern Sie hiermit eindringlich auf, derartige Pflichtverletzungen künftig zu unterlassen und Ihre vertraglichen Verpflichtungen gewissenhaft zu erfüllen. Jegliches weiteres Fehlverhalten kann zu weiteren arbeitsrechtlichen Maßnahmen führen.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t>:</w:t>
      </w:r>
    </w:p>
    <w:p>
      <w:pPr>
        <w:spacing w:before="120"/>
      </w:pPr>
      <w:r>
        <w:rPr>
          <w:rFonts w:ascii="Times New Roman" w:hAnsi="Times New Roman"/>
          <w:sz w:val="24"/>
        </w:rPr>
        <w:t>Diese Abmahnung wird zu Ihrer Personalakte genommen. Ein Antrag auf Löschung der Abmahnung ist nicht möglich, da die Vorwürfe nachweislich bestehen und gemäß arbeitsrechtlicher Grundsätze verhältnismäßig sind.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t>:</w:t>
      </w:r>
    </w:p>
    <w:p>
      <w:pPr>
        <w:spacing w:before="120"/>
      </w:pPr>
      <w:r>
        <w:rPr>
          <w:rFonts w:ascii="Times New Roman" w:hAnsi="Times New Roman"/>
          <w:sz w:val="24"/>
        </w:rPr>
        <w:t>Bitte beachten Sie, dass bei erneutem Fehlverhalten ähnliche oder schärfere disziplinarische Maßnahmen bis hin zu einer ordentlichen Kündigung folgen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t>:</w:t>
      </w:r>
    </w:p>
    <w:p>
      <w:pPr>
        <w:spacing w:before="120"/>
      </w:pPr>
      <w:r>
        <w:rPr>
          <w:rFonts w:ascii="Times New Roman" w:hAnsi="Times New Roman"/>
          <w:sz w:val="24"/>
        </w:rPr>
        <w:t>Ihnen wird die Möglichkeit gegeben, sich zu dieser Abmahnung zu äußern. Für Ihre schriftliche Stellungnahme setzen wir Ihnen eine Frist bis zum ____________________ um ____ Uhr.</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t>:</w:t>
      </w:r>
    </w:p>
    <w:p>
      <w:pPr>
        <w:spacing w:before="120"/>
      </w:pPr>
      <w:r>
        <w:rPr>
          <w:rFonts w:ascii="Times New Roman" w:hAnsi="Times New Roman"/>
          <w:sz w:val="24"/>
        </w:rPr>
        <w:t>Wir hoffen auf Ihr Verständnis und eine künftig vertrauensvolle Zusammenarbeit. Bei Fragen zögern Sie nicht, sich an Ihre Vorgesetzten zu wenden.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t>:</w:t>
      </w:r>
    </w:p>
    <w:p>
      <w:pPr>
        <w:spacing w:before="120"/>
      </w:pPr>
      <w:r>
        <w:rPr>
          <w:rFonts w:ascii="Times New Roman" w:hAnsi="Times New Roman"/>
          <w:sz w:val="24"/>
        </w:rPr>
        <w:t>Hiermit bestätige ich den Erhalt dieser Abmahnung und nehme den Inhalt zur Kenntnis.</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Unterschrift Arbeitnehmer/in: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