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b/>
          <w:sz w:val="32"/>
        </w:rPr>
        <w:t>Abmahnung – Zu Spät Kommen</w:t>
      </w:r>
    </w:p>
    <w:p/>
    <w:p>
      <w:pPr>
        <w:spacing w:before="120"/>
      </w:pPr>
      <w:r>
        <w:rPr>
          <w:rFonts w:ascii="Times New Roman" w:hAnsi="Times New Roman"/>
          <w:sz w:val="24"/>
        </w:rPr>
      </w:r>
      <w:r>
        <w:rPr>
          <w:rFonts w:ascii="Times New Roman" w:hAnsi="Times New Roman"/>
          <w:b/>
          <w:sz w:val="24"/>
        </w:rPr>
        <w:t>Absender:</w:t>
      </w:r>
      <w:r>
        <w:rPr>
          <w:rFonts w:ascii="Times New Roman" w:hAnsi="Times New Roman"/>
          <w:sz w:val="24"/>
        </w:rPr>
      </w:r>
    </w:p>
    <w:p>
      <w:pPr>
        <w:spacing w:before="120"/>
      </w:pPr>
      <w:r>
        <w:rPr>
          <w:rFonts w:ascii="Times New Roman" w:hAnsi="Times New Roman"/>
          <w:sz w:val="24"/>
        </w:rPr>
        <w:t>____________________</w:t>
      </w:r>
    </w:p>
    <w:p>
      <w:pPr>
        <w:spacing w:before="120"/>
      </w:pPr>
      <w:r>
        <w:rPr>
          <w:rFonts w:ascii="Times New Roman" w:hAnsi="Times New Roman"/>
          <w:sz w:val="24"/>
        </w:rPr>
        <w:t>____________________</w:t>
      </w:r>
    </w:p>
    <w:p>
      <w:pPr>
        <w:spacing w:before="120"/>
      </w:pPr>
      <w:r>
        <w:rPr>
          <w:rFonts w:ascii="Times New Roman" w:hAnsi="Times New Roman"/>
          <w:sz w:val="24"/>
        </w:rPr>
      </w:r>
      <w:r>
        <w:rPr>
          <w:rFonts w:ascii="Times New Roman" w:hAnsi="Times New Roman"/>
          <w:b/>
          <w:sz w:val="24"/>
        </w:rPr>
        <w:t>Empfänger:</w:t>
      </w:r>
      <w:r>
        <w:rPr>
          <w:rFonts w:ascii="Times New Roman" w:hAnsi="Times New Roman"/>
          <w:sz w:val="24"/>
        </w:rPr>
      </w:r>
    </w:p>
    <w:p>
      <w:pPr>
        <w:spacing w:before="120"/>
      </w:pPr>
      <w:r>
        <w:rPr>
          <w:rFonts w:ascii="Times New Roman" w:hAnsi="Times New Roman"/>
          <w:sz w:val="24"/>
        </w:rPr>
        <w:t>____________________</w:t>
      </w:r>
    </w:p>
    <w:p>
      <w:pPr>
        <w:spacing w:before="120"/>
      </w:pPr>
      <w:r>
        <w:rPr>
          <w:rFonts w:ascii="Times New Roman" w:hAnsi="Times New Roman"/>
          <w:sz w:val="24"/>
        </w:rPr>
        <w:t>____________________</w:t>
      </w:r>
    </w:p>
    <w:p>
      <w:pPr>
        <w:spacing w:before="120"/>
      </w:pPr>
      <w:r>
        <w:rPr>
          <w:rFonts w:ascii="Times New Roman" w:hAnsi="Times New Roman"/>
          <w:sz w:val="24"/>
        </w:rPr>
      </w:r>
      <w:r>
        <w:rPr>
          <w:rFonts w:ascii="Times New Roman" w:hAnsi="Times New Roman"/>
          <w:b/>
          <w:sz w:val="24"/>
        </w:rPr>
        <w:t>Betreff:</w:t>
      </w:r>
      <w:r>
        <w:rPr>
          <w:rFonts w:ascii="Times New Roman" w:hAnsi="Times New Roman"/>
          <w:sz w:val="24"/>
        </w:rPr>
        <w:t xml:space="preserve"> Abmahnung wegen wiederholter Verspätung</w:t>
      </w:r>
    </w:p>
    <w:p>
      <w:pPr>
        <w:spacing w:before="120"/>
      </w:pPr>
      <w:r>
        <w:rPr>
          <w:rFonts w:ascii="Times New Roman" w:hAnsi="Times New Roman"/>
          <w:sz w:val="24"/>
        </w:rPr>
      </w:r>
      <w:r>
        <w:rPr>
          <w:rFonts w:ascii="Times New Roman" w:hAnsi="Times New Roman"/>
          <w:b/>
          <w:sz w:val="24"/>
        </w:rPr>
        <w:t>Sachverhalt:</w:t>
      </w:r>
      <w:r>
        <w:rPr>
          <w:rFonts w:ascii="Times New Roman" w:hAnsi="Times New Roman"/>
          <w:sz w:val="24"/>
        </w:rPr>
      </w:r>
    </w:p>
    <w:p>
      <w:pPr>
        <w:spacing w:before="120"/>
      </w:pPr>
      <w:r>
        <w:rPr>
          <w:rFonts w:ascii="Times New Roman" w:hAnsi="Times New Roman"/>
          <w:sz w:val="24"/>
        </w:rPr>
        <w:t>Sehr geehrte(r) Frau/Herr ____________________,</w:t>
      </w:r>
    </w:p>
    <w:p>
      <w:pPr>
        <w:spacing w:before="120"/>
      </w:pPr>
      <w:r>
        <w:rPr>
          <w:rFonts w:ascii="Times New Roman" w:hAnsi="Times New Roman"/>
          <w:sz w:val="24"/>
        </w:rPr>
        <w:t>hiermit sprechen wir Ihnen eine Abmahnung aus. Sie sind am ____________________ in Ihrer Funktion als Mitarbeiter/in in der Abteilung ____________________ Ihrer Pflicht, pünktlich zur Arbeitszeit um ______ Uhr zu erscheinen, nicht nachgekommen. An diesem Tag sind Sie um ______ Uhr am Arbeitsplatz im ____________________ eingetroffen.</w:t>
      </w:r>
    </w:p>
    <w:p>
      <w:pPr>
        <w:spacing w:before="120"/>
      </w:pPr>
      <w:r>
        <w:rPr>
          <w:rFonts w:ascii="Times New Roman" w:hAnsi="Times New Roman"/>
          <w:sz w:val="24"/>
        </w:rPr>
        <w:t>Laut Informationen und Berichten von anwesenden Kollegen, insbesondere dem Zeugen ____________________, wurde durch Ihr verspätetes Eintreffen die Arbeitsabläufe erheblich gestört. Dies ist nicht das erste Mal, dass ein solches Verhalten Ihrerseits aufgefallen ist.</w:t>
      </w:r>
    </w:p>
    <w:p>
      <w:pPr>
        <w:spacing w:before="120"/>
      </w:pPr>
      <w:r>
        <w:rPr>
          <w:rFonts w:ascii="Times New Roman" w:hAnsi="Times New Roman"/>
          <w:sz w:val="24"/>
        </w:rPr>
      </w:r>
      <w:r>
        <w:rPr>
          <w:rFonts w:ascii="Times New Roman" w:hAnsi="Times New Roman"/>
          <w:b/>
          <w:sz w:val="24"/>
        </w:rPr>
        <w:t>Konkrete Pflichtverletzung:</w:t>
      </w:r>
      <w:r>
        <w:rPr>
          <w:rFonts w:ascii="Times New Roman" w:hAnsi="Times New Roman"/>
          <w:sz w:val="24"/>
        </w:rPr>
      </w:r>
    </w:p>
    <w:p>
      <w:pPr>
        <w:spacing w:before="120"/>
      </w:pPr>
      <w:r>
        <w:rPr>
          <w:rFonts w:ascii="Times New Roman" w:hAnsi="Times New Roman"/>
          <w:sz w:val="24"/>
        </w:rPr>
        <w:t>Durch Ihr Verhalten haben Sie Ihre arbeitsvertragliche Pflicht zur pünktlichen Arbeitsaufnahme verletzt. Gemäß den mit Ihnen geschlossenen Vereinbarungen erwartet der Arbeitgeber Pünktlichkeit, da diese entscheidend für die Teamkoordination und den reibungslosen Ablauf des täglichen Betriebs ist.</w:t>
      </w:r>
    </w:p>
    <w:p>
      <w:pPr>
        <w:spacing w:before="120"/>
      </w:pPr>
      <w:r>
        <w:rPr>
          <w:rFonts w:ascii="Times New Roman" w:hAnsi="Times New Roman"/>
          <w:sz w:val="24"/>
        </w:rPr>
      </w:r>
      <w:r>
        <w:rPr>
          <w:rFonts w:ascii="Times New Roman" w:hAnsi="Times New Roman"/>
          <w:b/>
          <w:sz w:val="24"/>
        </w:rPr>
        <w:t>Rechtliche Hinweise:</w:t>
      </w:r>
      <w:r>
        <w:rPr>
          <w:rFonts w:ascii="Times New Roman" w:hAnsi="Times New Roman"/>
          <w:sz w:val="24"/>
        </w:rPr>
      </w:r>
    </w:p>
    <w:p>
      <w:pPr>
        <w:spacing w:before="120"/>
      </w:pPr>
      <w:r>
        <w:rPr>
          <w:rFonts w:ascii="Times New Roman" w:hAnsi="Times New Roman"/>
          <w:sz w:val="24"/>
        </w:rPr>
        <w:t>Das wiederholte Zuspätkommen stellt eine Verletzung Ihrer arbeitsvertraglichen Pflichten dar und kann eine verhaltensbedingte Kündigung nach sich ziehen, sofern sich keine Besserung ergibt. Diese Abmahnung dient als förmlicher Hinweis darauf, dass eine Wiederholung des Verhaltens arbeitsrechtliche Konsequenzen zur Folge haben kann. Es ist zu beachten, dass das Arbeitsrecht Disziplinarmaßnahmen bis hin zur Kündigung vorsieht, wenn ein Arbeitnehmer seine Pflichten verletzt.</w:t>
      </w:r>
    </w:p>
    <w:p>
      <w:pPr>
        <w:spacing w:before="120"/>
      </w:pPr>
      <w:r>
        <w:rPr>
          <w:rFonts w:ascii="Times New Roman" w:hAnsi="Times New Roman"/>
          <w:sz w:val="24"/>
        </w:rPr>
      </w:r>
      <w:r>
        <w:rPr>
          <w:rFonts w:ascii="Times New Roman" w:hAnsi="Times New Roman"/>
          <w:b/>
          <w:sz w:val="24"/>
        </w:rPr>
        <w:t>Aufforderung zur Unterlassung und künftiger Vertragstreue:</w:t>
      </w:r>
      <w:r>
        <w:rPr>
          <w:rFonts w:ascii="Times New Roman" w:hAnsi="Times New Roman"/>
          <w:sz w:val="24"/>
        </w:rPr>
      </w:r>
    </w:p>
    <w:p>
      <w:pPr>
        <w:spacing w:before="120"/>
      </w:pPr>
      <w:r>
        <w:rPr>
          <w:rFonts w:ascii="Times New Roman" w:hAnsi="Times New Roman"/>
          <w:sz w:val="24"/>
        </w:rPr>
        <w:t>Wir fordern Sie hiermit dringend dazu auf, künftig die festgelegten Arbeitszeiten einzuhalten. Wiederholte Verstöße dieser Art sind unbedingt zu unterlassen.</w:t>
      </w:r>
    </w:p>
    <w:p>
      <w:pPr>
        <w:spacing w:before="120"/>
      </w:pPr>
      <w:r>
        <w:rPr>
          <w:rFonts w:ascii="Times New Roman" w:hAnsi="Times New Roman"/>
          <w:sz w:val="24"/>
        </w:rPr>
      </w:r>
      <w:r>
        <w:rPr>
          <w:rFonts w:ascii="Times New Roman" w:hAnsi="Times New Roman"/>
          <w:b/>
          <w:sz w:val="24"/>
        </w:rPr>
        <w:t>Hinweis auf Personalakte:</w:t>
      </w:r>
      <w:r>
        <w:rPr>
          <w:rFonts w:ascii="Times New Roman" w:hAnsi="Times New Roman"/>
          <w:sz w:val="24"/>
        </w:rPr>
      </w:r>
    </w:p>
    <w:p>
      <w:pPr>
        <w:spacing w:before="120"/>
      </w:pPr>
      <w:r>
        <w:rPr>
          <w:rFonts w:ascii="Times New Roman" w:hAnsi="Times New Roman"/>
          <w:sz w:val="24"/>
        </w:rPr>
        <w:t>Diese Abmahnung wird in Ihrer Personalakte vermerkt. Sie haben das Recht, eine schriftliche Stellungnahme abzugeben, die ebenfalls zu Ihrer Personalakte genommen wird.</w:t>
      </w:r>
    </w:p>
    <w:p>
      <w:pPr>
        <w:spacing w:before="120"/>
      </w:pPr>
      <w:r>
        <w:rPr>
          <w:rFonts w:ascii="Times New Roman" w:hAnsi="Times New Roman"/>
          <w:sz w:val="24"/>
        </w:rPr>
      </w:r>
      <w:r>
        <w:rPr>
          <w:rFonts w:ascii="Times New Roman" w:hAnsi="Times New Roman"/>
          <w:b/>
          <w:sz w:val="24"/>
        </w:rPr>
        <w:t>Folgen bei Wiederholung:</w:t>
      </w:r>
      <w:r>
        <w:rPr>
          <w:rFonts w:ascii="Times New Roman" w:hAnsi="Times New Roman"/>
          <w:sz w:val="24"/>
        </w:rPr>
      </w:r>
    </w:p>
    <w:p>
      <w:pPr>
        <w:spacing w:before="120"/>
      </w:pPr>
      <w:r>
        <w:rPr>
          <w:rFonts w:ascii="Times New Roman" w:hAnsi="Times New Roman"/>
          <w:sz w:val="24"/>
        </w:rPr>
        <w:t>Sollten Sie weiterhin verspätet zur Arbeit erscheinen, behalten wir uns weitergehende arbeitsrechtliche Schritte vor, die bis zur Kündigung des Arbeitsverhältnisses führen können.</w:t>
      </w:r>
    </w:p>
    <w:p>
      <w:pPr>
        <w:spacing w:before="120"/>
      </w:pPr>
      <w:r>
        <w:rPr>
          <w:rFonts w:ascii="Times New Roman" w:hAnsi="Times New Roman"/>
          <w:sz w:val="24"/>
        </w:rPr>
      </w:r>
      <w:r>
        <w:rPr>
          <w:rFonts w:ascii="Times New Roman" w:hAnsi="Times New Roman"/>
          <w:b/>
          <w:sz w:val="24"/>
        </w:rPr>
        <w:t>Frist zur Stellungnahme:</w:t>
      </w:r>
      <w:r>
        <w:rPr>
          <w:rFonts w:ascii="Times New Roman" w:hAnsi="Times New Roman"/>
          <w:sz w:val="24"/>
        </w:rPr>
      </w:r>
    </w:p>
    <w:p>
      <w:pPr>
        <w:spacing w:before="120"/>
      </w:pPr>
      <w:r>
        <w:rPr>
          <w:rFonts w:ascii="Times New Roman" w:hAnsi="Times New Roman"/>
          <w:sz w:val="24"/>
        </w:rPr>
        <w:t>Wir räumen Ihnen das Recht ein, sich zu den hier geschilderten Vorwürfen zu äußern. Bitte reichen Sie Ihre Stellungnahme bis zum ____________________ bei uns ein.</w:t>
      </w:r>
    </w:p>
    <w:p>
      <w:pPr>
        <w:spacing w:before="120"/>
      </w:pPr>
      <w:r>
        <w:rPr>
          <w:rFonts w:ascii="Times New Roman" w:hAnsi="Times New Roman"/>
          <w:sz w:val="24"/>
        </w:rPr>
      </w:r>
      <w:r>
        <w:rPr>
          <w:rFonts w:ascii="Times New Roman" w:hAnsi="Times New Roman"/>
          <w:b/>
          <w:sz w:val="24"/>
        </w:rPr>
        <w:t>Schlussformel:</w:t>
      </w:r>
      <w:r>
        <w:rPr>
          <w:rFonts w:ascii="Times New Roman" w:hAnsi="Times New Roman"/>
          <w:sz w:val="24"/>
        </w:rPr>
      </w:r>
    </w:p>
    <w:p>
      <w:pPr>
        <w:spacing w:before="120"/>
      </w:pPr>
      <w:r>
        <w:rPr>
          <w:rFonts w:ascii="Times New Roman" w:hAnsi="Times New Roman"/>
          <w:sz w:val="24"/>
        </w:rPr>
        <w:t>Wir hoffen, dass sich dieser Vorfall künftig nicht wiederholen wird und wir gemeinsam weiterhin erfolgreich zusammenarbeiten können.</w:t>
      </w:r>
    </w:p>
    <w:p>
      <w:pPr>
        <w:spacing w:before="120"/>
      </w:pPr>
      <w:r>
        <w:rPr>
          <w:rFonts w:ascii="Times New Roman" w:hAnsi="Times New Roman"/>
          <w:sz w:val="24"/>
        </w:rPr>
      </w:r>
      <w:r>
        <w:rPr>
          <w:rFonts w:ascii="Times New Roman" w:hAnsi="Times New Roman"/>
          <w:b/>
          <w:sz w:val="24"/>
        </w:rPr>
        <w:t>Ort, Datum:</w:t>
      </w:r>
      <w:r>
        <w:rPr>
          <w:rFonts w:ascii="Times New Roman" w:hAnsi="Times New Roman"/>
          <w:sz w:val="24"/>
        </w:rPr>
        <w:t xml:space="preserve"> ____________________</w:t>
      </w:r>
    </w:p>
    <w:p>
      <w:pPr>
        <w:spacing w:before="120"/>
      </w:pPr>
      <w:r>
        <w:rPr>
          <w:rFonts w:ascii="Times New Roman" w:hAnsi="Times New Roman"/>
          <w:sz w:val="24"/>
        </w:rPr>
      </w:r>
      <w:r>
        <w:rPr>
          <w:rFonts w:ascii="Times New Roman" w:hAnsi="Times New Roman"/>
          <w:b/>
          <w:sz w:val="24"/>
        </w:rPr>
        <w:t>Unterschrift Arbeitgeber/in:</w:t>
      </w:r>
      <w:r>
        <w:rPr>
          <w:rFonts w:ascii="Times New Roman" w:hAnsi="Times New Roman"/>
          <w:sz w:val="24"/>
        </w:rPr>
        <w:t xml:space="preserve"> ____________________</w:t>
      </w:r>
    </w:p>
    <w:p>
      <w:pPr>
        <w:spacing w:before="120"/>
      </w:pPr>
      <w:r>
        <w:rPr>
          <w:rFonts w:ascii="Times New Roman" w:hAnsi="Times New Roman"/>
          <w:sz w:val="24"/>
        </w:rPr>
      </w:r>
      <w:r>
        <w:rPr>
          <w:rFonts w:ascii="Times New Roman" w:hAnsi="Times New Roman"/>
          <w:b/>
          <w:sz w:val="24"/>
        </w:rPr>
        <w:t>Unterschrift Arbeitnehmer/in (Empfangsbestätigung):</w:t>
      </w:r>
      <w:r>
        <w:rPr>
          <w:rFonts w:ascii="Times New Roman" w:hAnsi="Times New Roman"/>
          <w:sz w:val="24"/>
        </w:rPr>
        <w:t xml:space="preserve"> ____________________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Times New Roman" w:hAnsi="Times New Roman"/>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