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Nichteinhaltung Der Arbeitszeit</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Nichteinhaltung der Arbeitszeit</w:t>
      </w:r>
    </w:p>
    <w:p>
      <w:pPr>
        <w:spacing w:before="120"/>
      </w:pPr>
      <w:r>
        <w:rPr>
          <w:rFonts w:ascii="Times New Roman" w:hAnsi="Times New Roman"/>
          <w:sz w:val="24"/>
        </w:rPr>
      </w:r>
      <w:r>
        <w:rPr>
          <w:rFonts w:ascii="Times New Roman" w:hAnsi="Times New Roman"/>
          <w:b/>
          <w:sz w:val="24"/>
        </w:rPr>
        <w:t>Name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Name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hiermit sprechen wir eine Abmahnung wegen wiederholter Nichteinhaltung Ihrer vertraglich vereinbarten Arbeitszeiten aus. Am ____________________, im Ort ____________________, sind Sie erneut Ihren arbeitsvertraglichen Pflichten bezüglich der Arbeitszeiten nicht nachgekommen. Bereits in der Vergangenheit wurde mehrfach mündlich auf die Einhaltung der Arbeitszeiten hingewiesen.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Am genannten Datum haben Sie Ihre Arbeitsschicht verspätet um 45 Minuten angetreten und sind somit Ihrer Pflicht nicht nachgekommen, pünktlich zu Ihrer regulären Arbeitszeit um 8:00 Uhr zu erscheinen. Diese Verspätung wurde durch folgende Person als Zeuge bestätigt: ____________________.</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Ihrem Arbeitsvertrag, der auf den Bestimmungen des deutschen Arbeitsrechts beruht, sind Sie verpflichtet, die festgelegten Arbeitszeiten einzuhalten. Diese wiederholten Verstöße stellen eine erhebliche Pflichtverletzung dar. Das pünktliche Erscheinen am Arbeitsplatz ist eine wesentliche Voraussetzung für den reibungslosen Ablauf betrieblicher Prozesse und liegt somit im berechtigten Interesse des Arbeitgebers.</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nachdrücklich auf, Ihre Pflichtverletzungen zukünftig zu unterlassen und eine konsequente Einhaltung Ihrer vertraglich vereinbarten Arbeitszeiten sicherzustellen. Jede weitere Verspätung wird nicht mehr duldsam hingenommen.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Sie dient als Dokumentation der Bestrafung bei wiederholten Pflichtverletzungen. Bitte beachten Sie, dass nur ein einwandfreies Verhalten sicherstellen kann, dass keine weiteren Maßnahmen gegen Sie erforderlich werden.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gegen Ihre vertraglichen Verpflichtungen verstoßen, behalten wir uns ausdrücklich vor, weitergehende arbeitsrechtliche Schritte einzuleiten, welche bis zur außerordentlichen Kündigung Ihres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dieser Abmahnung bis zum ____________________, um ______ Uhr schriftlich zu äußern.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bedauern die Notwendigkeit dieser Maßnahme und hoffen auf eine baldige, zuverlässige Einhaltung Ihrer Arbeitszeiten.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p>
      <w:pPr>
        <w:spacing w:before="120"/>
      </w:pPr>
      <w:r>
        <w:rPr>
          <w:rFonts w:ascii="Times New Roman" w:hAnsi="Times New Roman"/>
          <w:sz w:val="24"/>
        </w:rPr>
        <w:t>Bitte bestätigen Sie den Erhalt dieser Abmahnung durch Ihre Unterschrift.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