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Wegen Lügen Gegenüber Vorgesetzten</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unzutreffender Aussagen gegenüber Vorgesetzten</w:t>
      </w:r>
    </w:p>
    <w:p>
      <w:pPr>
        <w:spacing w:before="120"/>
      </w:pPr>
      <w:r>
        <w:rPr>
          <w:rFonts w:ascii="Times New Roman" w:hAnsi="Times New Roman"/>
          <w:sz w:val="24"/>
        </w:rPr>
      </w:r>
      <w:r>
        <w:rPr>
          <w:rFonts w:ascii="Times New Roman" w:hAnsi="Times New Roman"/>
          <w:b/>
          <w:sz w:val="24"/>
        </w:rPr>
        <w:t>Name Arbeitgeber: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Adresse Arbeitgeber: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Name Arbeitnehmer: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Adresse Arbeitnehmer: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Geburtsdatum:</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Personalnummer: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Abteilung:</w:t>
      </w:r>
      <w:r>
        <w:rPr>
          <w:rFonts w:ascii="Times New Roman" w:hAnsi="Times New Roman"/>
          <w:sz w:val="24"/>
        </w:rPr>
        <w:t xml:space="preserve"> ____________________</w:t>
      </w:r>
    </w:p>
    <w:p>
      <w:pPr>
        <w:spacing w:before="120"/>
      </w:pPr>
      <w:r>
        <w:rPr>
          <w:rFonts w:ascii="Times New Roman" w:hAnsi="Times New Roman"/>
          <w:sz w:val="24"/>
        </w:rPr>
        <w:t>Sehr geehrte/r Frau/Herr ____________________,</w:t>
      </w:r>
    </w:p>
    <w:p>
      <w:pPr>
        <w:spacing w:before="120"/>
      </w:pPr>
      <w:r>
        <w:rPr>
          <w:rFonts w:ascii="Times New Roman" w:hAnsi="Times New Roman"/>
          <w:sz w:val="24"/>
        </w:rPr>
        <w:t>wir sehen uns leider gezwungen, Ihnen hiermit eine formelle Abmahnung auszusprechen.</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im Ort ____________________ ereignete sich ein Vorfall, bei dem Sie gegenüber Ihrem Vorgesetzten Herrn/Frau ____________________ unzutreffende Angaben gemacht haben. Es liegt eine Aussage vor, die Sie in einem Gespräch mit Ihrem Vorgesetzten getätigt haben, deren Unrichtigkeit nach eingehender Prüfung und durch Zeugenaussagen von ____________________ bestätigt wurde. Sie sagten gegenüber Ihrem Vorgesetzten aus, dass ein bestimmtes Projekt abgeschlossen sei, obwohl dies nachweislich nicht der Fall war und sich noch in der Bearbeitungsphase befand.</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Ihre oben beschriebenen falschen Angaben stellen eine erhebliche Verletzung Ihrer arbeitsvertraglichen Nebenpflichten dar. Insbesondere haben Sie gegen die Ihnen obliegende Pflicht zur wahrheitsgemäßen Information gegenüber Vorgesetzten verstoßen. Diese Pflichtverletzung beeinträchtigt das gegenseitige Vertrauen und die erforderliche Zusammenarbeit erheblich.</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Mit Ihrem Verhalten haben Sie ein Arbeitsverhältnis belastendes Verhalten an den Tag gelegt. Unzutreffende oder unwahre Aussagen gegenüber Vorgesetzten können gemäß der genannten Arbeitsvertragsgrundsätze als Vertrauensbruch gewertet werden, der eine Abmahnung rechtfertigt. Die wahrheitsgemäße Kommunikation mit Vorgesetzten ist eine unabdingbare Voraussetzung für effektive Arbeitsabläufe und Entscheidungsprozesse im Unternehmen.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ausdrücklich auf, derartige Pflichtverletzungen in Zukunft zu unterlassen und Ihren arbeitsvertraglichen Verpflichtungen nachzukommen. Dies umfasst auch die Verpflichtung zur wahrheitsgemäßen Auskunftserteilung gegenüber Vorgesetzten.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 Personalakte aufgenommen.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 sich ein derartiges oder ähnliches Fehlverhalten wiederholen, müssen Sie mit arbeitsrechtlichen Konsequenzen bis hin zur Kündigung des Arbeitsverhältnisses rechnen.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sich zu diesem Vorfall bis spätestens zum ____________________ schriftlich gegenüber der Personalabteilung zu äußern.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bedauern diesen Vorfall und hoffen, dass Sie in Zukunft Ihre Pflichten ordnungsgemäß erfüllen.</w:t>
      </w:r>
    </w:p>
    <w:p>
      <w:pPr>
        <w:spacing w:before="120"/>
      </w:pPr>
      <w:r>
        <w:rPr>
          <w:rFonts w:ascii="Times New Roman" w:hAnsi="Times New Roman"/>
          <w:sz w:val="24"/>
        </w:rPr>
        <w:t>Mit freundlichen Grüßen,</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Ort, Datum:</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Arbeitgeber/in:</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Empfangsbestätigung:</w:t>
      </w:r>
      <w:r>
        <w:rPr>
          <w:rFonts w:ascii="Times New Roman" w:hAnsi="Times New Roman"/>
          <w:sz w:val="24"/>
        </w:rPr>
      </w:r>
    </w:p>
    <w:p>
      <w:pPr>
        <w:spacing w:before="120"/>
      </w:pPr>
      <w:r>
        <w:rPr>
          <w:rFonts w:ascii="Times New Roman" w:hAnsi="Times New Roman"/>
          <w:sz w:val="24"/>
        </w:rPr>
        <w:t>Ich bestätige den Erhalt dieser Abmahnung.</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Unterschrift Arbeitnehmer/in (Empfangsbestätigung):</w:t>
      </w:r>
      <w:r>
        <w:rPr>
          <w:rFonts w:ascii="Times New Roman" w:hAnsi="Times New Roman"/>
          <w:sz w:val="24"/>
        </w:rPr>
        <w:t xml:space="preserve"> 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