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Verstoß Gegen Sicherheitsvorschriften</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Verstoßes gegen Sicherheitsvorschriften</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t>hiermit sprechen wir Ihnen eine Abmahnung wegen Ihres Fehlverhaltens bei der Arbeit aus. Im Folgenden erläutern wir den Sachverhalt und die daraus resultierende Pflichtverletzung und informieren Sie über die weiteren rechtlichen Konsequenzen.</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begaben Sie sich an Ihrem Arbeitsplatz in ____________________, wo es in Ihrer Verantwortung liegt, die bestehenden Sicherheitsvorschriften strikt einzuhalten. An diesem Tag kam es zu einem Vorfall, bei dem Sie die Sicherheitsvorschriften nicht beachtet haben. Laut der Zeugenaussage von ____________________ haben Sie eigenmächtig ohne die erforderlichen Sicherheitsvorkehrungen gehandelt, was zu einer Gefährdung nicht nur Ihrer eigenen Sicherheit führte, sondern auch das Risiko für das gesamte Team erhöhte.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gegen die verbindlichen Sicherheitsvorschriften unseres Unternehmens verstoßen. Diese Vorschriften sind Ihnen im Rahmen Ihrer Einarbeitung und durch regelmäßige Unterweisungen bekannt gemacht worden. Es wurde konkret festgestellt, dass Sie ohne die erforderliche Schutzausrüstung gearbeitet und damit Ihre arbeitsvertraglichen Pflichten erheblich verletzt haben.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 solcher Verstoß gegen Sicherheitsvorschriften stellt eine schwerwiegende Pflichtverletzung dar und gefährdet die betriebliche Ordnung sowie die Sicherheit am Arbeitsplatz. Gemäß dem deutschen Arbeitsrecht sind Sie verpflichtet, die Anweisungen Ihres Arbeitgebers, insbesondere im Hinblick auf geltende Schutz- und Sicherheitsvorschriften, zu befolgen.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auf, derartige Verstöße zukünftig zu unterlassen und Ihre arbeitsvertraglichen Pflichten in vollem Umfang wahrzunehmen. Jede weitere Verletzung dieser Art wird nicht geduldet und kann ernsthafte arbeitsrechtliche Konsequenzen nach sich ziehen.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Ihrer Personalakte hinzugefügt.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ausdrücklich darauf hin, dass im Falle einer wiederholten Pflichtverletzung arbeitsrechtliche Maßnahmen bis hin zur Kündigung Ihres Arbeitsverhältnisses geprüft und in Erwägung gezogen werden.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geben Sie uns eine schriftliche Stellungnahme bis spätestens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dass Sie sich künftig regelkonform verhalten und setzen auf Ihre Einsicht und Kooperationsbereitschaft. Bei Fragen oder Unklarheiten stehen wir Ihnen selbstverständlich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p>
      <w:pPr>
        <w:spacing w:before="120"/>
      </w:pPr>
      <w:r>
        <w:rPr>
          <w:rFonts w:ascii="Times New Roman" w:hAnsi="Times New Roman"/>
          <w:sz w:val="24"/>
        </w:rPr>
        <w:t>Mit freundlichen Grüßen,</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(Ihr Name und Funktion)</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