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Verspätete Krankmeldung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verspäteter Krankmeldung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 im _________________, kam es zu einem Vorfall, bei dem Sie als Arbeitnehmer gegen Ihre arbeitsvertraglichen Nebenpflichten verstoßen haben. Obwohl Sie am genannten Datum erkrankt waren, unterließen Sie die gesetzlich und vertraglich vorgeschriebene unverzügliche Meldung Ihrer Arbeitsunfähigkeit gegenüber Ihrem Vorgesetzten oder der zuständigen Stelle unseres Unternehmens. Stattdessen erfolgte die Krankmeldung erst verspätet, was unsere betriebliche Organisation erschwert hat.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sind gemäß Ihres Arbeitsvertrages und der betrieblichen Regelungen verpflichtet, bei Eintritt einer Erkrankung, die die Arbeitsfähigkeit beeinträchtigt, unverzüglich, das heißt ohne schuldhaftes Zögern, die Arbeitsunfähigkeit und deren voraussichtliche Dauer mitzuteilen. Diese Pflicht haben Sie am ____________ verletzt, indem die Krankmeldung erst verspätet eingereicht wurde.</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 derartiges Verhalten stellt einen Verstoß gegen ihre arbeitsvertraglichen Nebenpflichten dar. Das Bundesarbeitsgericht hat in ständiger Rechtsprechung hervorgehoben, dass die unverzügliche Krankmeldung erforderlich ist, um dem Arbeitgeber die Möglichkeit zu geben, den betrieblichen Ablauf schnellstmöglich anzupassen und Ausfallplanungen vorzunehmen. Versäumnisse diesbezüglich können Konsequenzen nach sich ziehen, bis hin zur Kündigung des Arbeitsverhältnisses im Wiederholungsfall.</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künftige Krankmeldungen unverzüglich und in der Ihnen bekannten Form zu erbringen. Beachten Sie, dass wiederholte Verstöße nicht toleriert werden und das Arbeitsverhältnis gefährden.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Sie haben das Recht, eine schriftliche Stellungnahme zu den Vorwürfen abzugeben, die ebenfalls zur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sich derartige Pflichtverletzungen in der Zukunft wiederholen, behalten wir uns strengere arbeitsrechtliche Maßnahmen vor, bis hin zur ordentlichen oder außerordentlichen Kündigung.</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zu den Vorwürfen schriftlich Stellung zu nehmen. Bitte reichen Sie Ihre Stellungnahme bis spätestens ____________ um ____________ Uhr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bitten Sie um Kenntnisnahme und Beachtung der angeführten Inhalte und erwarten eine zukünftig vertragsgetreue Zusammenarbeit.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