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Urlaub Ohne Genehmigung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unerlaubter Urlaubsnahme</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In Bezug auf die mit Ihnen getroffene arbeitsvertragliche Vereinbarung ist festzustellen, dass Sie am ____________________ eigenmächtig und ohne vorherige Genehmigung Urlaub genommen haben. An diesem Tag sind Sie trotz der Verpflichtung, Ihre Arbeitszeit an Ihrem Arbeitsplatz zu erbringen, nicht zur Arbeit erschienen. Diese Handlung stellt eine Verletzung Ihrer arbeitsvertraglichen Pflichten dar.</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während Ihres Beschäftigungsverhältnisses in der Abteilung ____________________ vom ____________________ bis ____________________ ohne vorherige Absprache und Zustimmung durch Ihre Führungskraft Urlaub genommen. Obwohl Sie vertragsgemäß die Zustimmung Ihres Vorgesetzten zur Abwesenheit an diesem Tag einholen müssen, haben Sie eigenmächtig gehandelt und sind am ____________________ nicht erschienen. Zeug*innen, wie ____________________, haben bestätigt, dass Sie an diesem Tag unentschuldigt gefehlt haben.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vertraglichen und gesetzlichen Bestimmungen sind Arbeitnehmer*innen verpflichtet, genehmigungspflichtigen Urlaub nur nach ausdrücklicher Erlaubnis des Arbeitgebers zu nehmen. Die einseitige Inanspruchnahme von Urlaub stellt einen schweren Verstoß gegen Ihre arbeitsvertraglichen Pflichten dar und kann im Wiederholungsfall arbeitsrechtliche Konsequenzen bis hin zur Kündigung des Arbeitsverhältnisses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solche Pflichtverletzungen in Zukunft zu unterlassen und sich gemäß den arbeitsvertraglichen Bestimmungen zu verhalten. Jegliche Abwesenheit ist im Voraus genehmigen zu lassen, um dienstliche Abläufe nicht zu stören.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haben jedoch das Recht, eine Gegendarstellung zu dieser Abmahnung zu verfassen, die ebenfalls zu Ihrer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erneutem Fehlverhalten, insbesondere durch eigenmächtiges Nichterscheinen am Arbeitsplatz ohne vorherige Genehmigung, behalten wir uns weitergehende arbeitsrechtliche Schritte vor, die eine ordentliche oder im gegebenen Fall auch eine fristlose Kündigung umfassen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die Gelegenheit wahr, zu den erhobenen Vorwürfen Stellung zu nehmen. Ihre schriftliche Stellungnahme erwarten wir bis zum ____________________ um ____________________.</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bitten um Ihr Verständnis für diese Maßnahme und verbleiben,</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Mit meiner Unterschrift bestätige ich den Erhalt dieser Abmahnung.</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Unterschrift Arbeitnehmer/in:</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