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Unentschuldigtes Fehlen</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unentschuldigtem Fehlen am Arbeitsplatz</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t>hiermit sprechen wir Ihnen eine Abmahnung wegen unentschuldigtem Fehlens am Arbeitsplatz aus. Es wurde festgestellt, dass Sie am ____________________ ohne ordnungsgemäße Entschuldigung oder vorherige Genehmigung der Abwesenheit durch Ihre Vorgesetzten am Arbeitsplatz gefehlt haben.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Gemäß Ihrem Arbeitsvertrag sowie den internen Regelungen unseres Unternehmens sind Sie verpflichtet, Ihre vertraglich festgelegte Arbeitszeit einzuhalten. Unentschuldigtes Fehlen, wie es von Ihnen am ____________________ in ____________________ begangen wurde, stellt eine erhebliche Pflichtverletzung dar.</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Sie sind vertraglich verpflichtet, uns rechtzeitig über jegliche Abwesenheit zu informieren und gegebenenfalls eine entsprechende Arbeitsunfähigkeitsbescheinigung vorzulegen. Das unentschuldigte Fernbleiben erfüllt nicht nur den Tatbestand einer Vertragsverletzung, sondern bringt auch betriebliche Abläufe erheblich durcheinander, was für das Unternehmen sowie Ihre Kolleginnen und Kollegen nachteilige Folgen haben kann.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künftig jedwede Frist- und Vertragsverletzungen zu unterlassen und Ihrer Verpflichtung zur Arbeitsleistung in vollem Umfang nachzukommen. Bei weiteren Pflichtverletzungen sehen wir uns gezwungen, arbeitsrechtliche Maßnahmen bis hin zur Kündigung in Erwägung zu ziehen.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Dies geschieht zum Zwecke der Dokumentation dieser Pflichtverletzung und zur Beweissicherung für den Fall einer wiederholten Verhaltensweise.</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Wir weisen Sie darauf hin, dass im Falle einer Wiederholung der Pflichtverletzung oder bei anderen arbeitsvertraglichen Verstößen weitere arbeitsrechtliche Maßnahmen, einschließlich einer möglichen ordentlichen oder außerordentlichen Kündigung, gegen Sie eingeleitet werden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bis zum ____________________ schriftlich zu dieser Abmahnung zu äußern. Bitte reichen Sie Ihre Stellungnahme bei Ihrem Vorgesetzten ____________________ ein.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im Interesse einer weiterhin guten Zusammenarbeit auf Ihre Mitwirkung und Vertragstreue.</w:t>
      </w:r>
    </w:p>
    <w:p>
      <w:pPr>
        <w:spacing w:before="120"/>
      </w:pPr>
      <w:r>
        <w:rPr>
          <w:rFonts w:ascii="Times New Roman" w:hAnsi="Times New Roman"/>
          <w:sz w:val="24"/>
        </w:rPr>
        <w:t>Mit freundlichen Grüßen,</w:t>
      </w:r>
    </w:p>
    <w:p>
      <w:pPr>
        <w:spacing w:before="120"/>
      </w:pPr>
      <w:r>
        <w:rPr>
          <w:rFonts w:ascii="Times New Roman" w:hAnsi="Times New Roman"/>
          <w:sz w:val="24"/>
        </w:rPr>
        <w:t>____________________</w:t>
      </w:r>
    </w:p>
    <w:p>
      <w:pPr>
        <w:spacing w:before="120"/>
      </w:pPr>
      <w:r>
        <w:rPr>
          <w:rFonts w:ascii="Times New Roman" w:hAnsi="Times New Roman"/>
          <w:sz w:val="24"/>
        </w:rPr>
        <w:t>(Name Arbeitgeber)</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