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b/>
          <w:sz w:val="32"/>
        </w:rPr>
        <w:t>Abmahnung – Respektloses Verhalten Gegenüber Vorgesetzten</w:t>
      </w:r>
    </w:p>
    <w:p/>
    <w:p>
      <w:pPr>
        <w:spacing w:before="120"/>
      </w:pPr>
      <w:r>
        <w:rPr>
          <w:rFonts w:ascii="Times New Roman" w:hAnsi="Times New Roman"/>
          <w:sz w:val="24"/>
        </w:rPr>
      </w:r>
      <w:r>
        <w:rPr>
          <w:rFonts w:ascii="Times New Roman" w:hAnsi="Times New Roman"/>
          <w:b/>
          <w:sz w:val="24"/>
        </w:rPr>
        <w:t>Abmahnung wegen respektlosen Verhaltens gegenüber Vorgesetzten</w:t>
      </w:r>
      <w:r>
        <w:rPr>
          <w:rFonts w:ascii="Times New Roman" w:hAnsi="Times New Roman"/>
          <w:sz w:val="24"/>
        </w:rPr>
      </w:r>
    </w:p>
    <w:p>
      <w:pPr>
        <w:spacing w:before="120"/>
      </w:pPr>
      <w:r>
        <w:rPr>
          <w:rFonts w:ascii="Times New Roman" w:hAnsi="Times New Roman"/>
          <w:sz w:val="24"/>
        </w:rPr>
        <w:t>____________________ (Betreff)</w:t>
      </w:r>
    </w:p>
    <w:p>
      <w:pPr>
        <w:spacing w:before="120"/>
      </w:pPr>
      <w:r>
        <w:rPr>
          <w:rFonts w:ascii="Times New Roman" w:hAnsi="Times New Roman"/>
          <w:sz w:val="24"/>
        </w:rPr>
        <w:t>____________________ (Name Arbeitgeber)</w:t>
      </w:r>
    </w:p>
    <w:p>
      <w:pPr>
        <w:spacing w:before="120"/>
      </w:pPr>
      <w:r>
        <w:rPr>
          <w:rFonts w:ascii="Times New Roman" w:hAnsi="Times New Roman"/>
          <w:sz w:val="24"/>
        </w:rPr>
        <w:t>____________________ (Adresse Arbeitgeber)</w:t>
      </w:r>
    </w:p>
    <w:p>
      <w:pPr>
        <w:spacing w:before="120"/>
      </w:pPr>
      <w:r>
        <w:rPr>
          <w:rFonts w:ascii="Times New Roman" w:hAnsi="Times New Roman"/>
          <w:sz w:val="24"/>
        </w:rPr>
        <w:t>____________________ (Name Arbeitnehmer)</w:t>
      </w:r>
    </w:p>
    <w:p>
      <w:pPr>
        <w:spacing w:before="120"/>
      </w:pPr>
      <w:r>
        <w:rPr>
          <w:rFonts w:ascii="Times New Roman" w:hAnsi="Times New Roman"/>
          <w:sz w:val="24"/>
        </w:rPr>
        <w:t>____________________ (Adresse Arbeitnehmer)</w:t>
      </w:r>
    </w:p>
    <w:p>
      <w:r>
        <w:rPr>
          <w:rFonts w:ascii="Times New Roman" w:hAnsi="Times New Roman"/>
          <w:sz w:val="24"/>
        </w:rPr>
        <w:t xml:space="preserve">Geburtsdatum: </w:t>
      </w:r>
      <w:r>
        <w:rPr>
          <w:rFonts w:ascii="Times New Roman" w:hAnsi="Times New Roman"/>
          <w:sz w:val="24"/>
        </w:rPr>
        <w:fldChar w:fldCharType="begin">
          <w:ffData>
            <w:name w:val="Geburtsdatum"/>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r>
        <w:rPr>
          <w:rFonts w:ascii="Times New Roman" w:hAnsi="Times New Roman"/>
          <w:sz w:val="24"/>
        </w:rPr>
        <w:t xml:space="preserve">Personalnummer: </w:t>
      </w:r>
      <w:r>
        <w:rPr>
          <w:rFonts w:ascii="Times New Roman" w:hAnsi="Times New Roman"/>
          <w:sz w:val="24"/>
        </w:rPr>
        <w:fldChar w:fldCharType="begin">
          <w:ffData>
            <w:name w:val="Personalnummer"/>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r>
        <w:rPr>
          <w:rFonts w:ascii="Times New Roman" w:hAnsi="Times New Roman"/>
          <w:sz w:val="24"/>
        </w:rPr>
        <w:t xml:space="preserve">Abteilung: </w:t>
      </w:r>
      <w:r>
        <w:rPr>
          <w:rFonts w:ascii="Times New Roman" w:hAnsi="Times New Roman"/>
          <w:sz w:val="24"/>
        </w:rPr>
        <w:fldChar w:fldCharType="begin">
          <w:ffData>
            <w:name w:val="Abteilung"/>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pPr>
        <w:spacing w:before="120"/>
      </w:pPr>
      <w:r>
        <w:rPr>
          <w:rFonts w:ascii="Times New Roman" w:hAnsi="Times New Roman"/>
          <w:sz w:val="24"/>
        </w:rPr>
        <w:t>Sehr geehrte/r Frau/Herr ____________________,</w:t>
      </w:r>
    </w:p>
    <w:p>
      <w:pPr>
        <w:spacing w:before="120"/>
      </w:pPr>
      <w:r>
        <w:rPr>
          <w:rFonts w:ascii="Times New Roman" w:hAnsi="Times New Roman"/>
          <w:sz w:val="24"/>
        </w:rPr>
      </w:r>
      <w:r>
        <w:rPr>
          <w:rFonts w:ascii="Times New Roman" w:hAnsi="Times New Roman"/>
          <w:b/>
          <w:sz w:val="24"/>
        </w:rPr>
        <w:t>Sachverhalt:</w:t>
      </w:r>
      <w:r>
        <w:rPr>
          <w:rFonts w:ascii="Times New Roman" w:hAnsi="Times New Roman"/>
          <w:sz w:val="24"/>
        </w:rPr>
      </w:r>
    </w:p>
    <w:p>
      <w:pPr>
        <w:spacing w:before="120"/>
      </w:pPr>
      <w:r>
        <w:rPr>
          <w:rFonts w:ascii="Times New Roman" w:hAnsi="Times New Roman"/>
          <w:sz w:val="24"/>
        </w:rPr>
        <w:t>Am ____________________ (Datum der Pflichtverletzung) kam es am ____________________ (Ort der Pflichtverletzung) zu einem Vorfall, in dem Sie durch Ihr Verhalten gegenüber Ihrem Vorgesetzten, Herrn/Frau ____________________ (Zeugen), aufgefallen sind. Es wurde berichtet, dass Sie in einem unangemessenen Tonfall reagierten und abfällige Bemerkungen äußerten, die das Arbeitsklima erheblich gestört haben. Solches Verhalten ist nicht nur persönlich verletzend, sondern es untergräbt zudem die notwendige Autorität der Vorgesetzten und beeinträchtigt die Zusammenarbeit im Team.</w:t>
      </w:r>
    </w:p>
    <w:p>
      <w:pPr>
        <w:spacing w:before="120"/>
      </w:pPr>
      <w:r>
        <w:rPr>
          <w:rFonts w:ascii="Times New Roman" w:hAnsi="Times New Roman"/>
          <w:sz w:val="24"/>
        </w:rPr>
      </w:r>
      <w:r>
        <w:rPr>
          <w:rFonts w:ascii="Times New Roman" w:hAnsi="Times New Roman"/>
          <w:b/>
          <w:sz w:val="24"/>
        </w:rPr>
        <w:t>Konkrete Pflichtverletzung:</w:t>
      </w:r>
      <w:r>
        <w:rPr>
          <w:rFonts w:ascii="Times New Roman" w:hAnsi="Times New Roman"/>
          <w:sz w:val="24"/>
        </w:rPr>
      </w:r>
    </w:p>
    <w:p>
      <w:pPr>
        <w:spacing w:before="120"/>
      </w:pPr>
      <w:r>
        <w:rPr>
          <w:rFonts w:ascii="Times New Roman" w:hAnsi="Times New Roman"/>
          <w:sz w:val="24"/>
        </w:rPr>
        <w:t>Ihr Verhalten stellt eine erhebliche Verletzung der in Ihrem Arbeitsvertrag festgelegten Pflichten dar. Gemäß den vertraglich vereinbarten Sorgfaltspflichten wird von Ihnen erwartet, dass Sie stets respektvoll und kooperativ mit Ihren Vorgesetzten und Kollegen umgehen. Die von Ihnen gezeigte Respektlosigkeit ist als Verstoß gegen diese Arbeitsvertragsbedingungen anzusehen.</w:t>
      </w:r>
    </w:p>
    <w:p>
      <w:pPr>
        <w:spacing w:before="120"/>
      </w:pPr>
      <w:r>
        <w:rPr>
          <w:rFonts w:ascii="Times New Roman" w:hAnsi="Times New Roman"/>
          <w:sz w:val="24"/>
        </w:rPr>
      </w:r>
      <w:r>
        <w:rPr>
          <w:rFonts w:ascii="Times New Roman" w:hAnsi="Times New Roman"/>
          <w:b/>
          <w:sz w:val="24"/>
        </w:rPr>
        <w:t>Rechtliche Hinweise:</w:t>
      </w:r>
      <w:r>
        <w:rPr>
          <w:rFonts w:ascii="Times New Roman" w:hAnsi="Times New Roman"/>
          <w:sz w:val="24"/>
        </w:rPr>
      </w:r>
    </w:p>
    <w:p>
      <w:pPr>
        <w:spacing w:before="120"/>
      </w:pPr>
      <w:r>
        <w:rPr>
          <w:rFonts w:ascii="Times New Roman" w:hAnsi="Times New Roman"/>
          <w:sz w:val="24"/>
        </w:rPr>
        <w:t>Wir weisen Sie darauf hin, dass eine Abmahnung eine ernstzunehmende arbeitsrechtliche Maßnahme darstellt. Sie haben gegen Ihre vertraglichen Pflichten verstoßen, was uns befugt, arbeitsrechtliche Konsequenzen zu ziehen. Die Abmahnung dient dazu, Sie über den Vertragsverstoß zu informieren und Ihnen die Möglichkeit zu geben, Ihr Verhalten zu ändern, um ernstere Konsequenzen wie eine Kündigung zu vermeiden.</w:t>
      </w:r>
    </w:p>
    <w:p>
      <w:pPr>
        <w:spacing w:before="120"/>
      </w:pPr>
      <w:r>
        <w:rPr>
          <w:rFonts w:ascii="Times New Roman" w:hAnsi="Times New Roman"/>
          <w:sz w:val="24"/>
        </w:rPr>
      </w:r>
      <w:r>
        <w:rPr>
          <w:rFonts w:ascii="Times New Roman" w:hAnsi="Times New Roman"/>
          <w:b/>
          <w:sz w:val="24"/>
        </w:rPr>
        <w:t>Aufforderung zur Unterlassung und künftiger Vertragstreue:</w:t>
      </w:r>
      <w:r>
        <w:rPr>
          <w:rFonts w:ascii="Times New Roman" w:hAnsi="Times New Roman"/>
          <w:sz w:val="24"/>
        </w:rPr>
      </w:r>
    </w:p>
    <w:p>
      <w:pPr>
        <w:spacing w:before="120"/>
      </w:pPr>
      <w:r>
        <w:rPr>
          <w:rFonts w:ascii="Times New Roman" w:hAnsi="Times New Roman"/>
          <w:sz w:val="24"/>
        </w:rPr>
        <w:t>Mit dieser Abmahnung fordern wir Sie nachdrücklich auf, solche oder vergleichbar respektlose Verhaltensweisen unverzüglich zu unterlassen und künftig die Ihnen obliegenden arbeitsvertraglichen Pflichten streng einzuhalten. Bereits ein erneuter Vorfall dieser Art kann weitreichendere Maßnahmen nach sich ziehen.</w:t>
      </w:r>
    </w:p>
    <w:p>
      <w:pPr>
        <w:spacing w:before="120"/>
      </w:pPr>
      <w:r>
        <w:rPr>
          <w:rFonts w:ascii="Times New Roman" w:hAnsi="Times New Roman"/>
          <w:sz w:val="24"/>
        </w:rPr>
      </w:r>
      <w:r>
        <w:rPr>
          <w:rFonts w:ascii="Times New Roman" w:hAnsi="Times New Roman"/>
          <w:b/>
          <w:sz w:val="24"/>
        </w:rPr>
        <w:t>Hinweis auf Personalakte:</w:t>
      </w:r>
      <w:r>
        <w:rPr>
          <w:rFonts w:ascii="Times New Roman" w:hAnsi="Times New Roman"/>
          <w:sz w:val="24"/>
        </w:rPr>
      </w:r>
    </w:p>
    <w:p>
      <w:pPr>
        <w:spacing w:before="120"/>
      </w:pPr>
      <w:r>
        <w:rPr>
          <w:rFonts w:ascii="Times New Roman" w:hAnsi="Times New Roman"/>
          <w:sz w:val="24"/>
        </w:rPr>
        <w:t>Diese Abmahnung wird in Ihre Personalakte aufgenommen. Sie haben jedoch das Recht, jederzeit Stellung zu dieser Abmahnung zu nehmen. Ihre schriftliche Erwiderung kann ebenfalls zu Ihren Unterlagen genommen werden.</w:t>
      </w:r>
    </w:p>
    <w:p>
      <w:pPr>
        <w:spacing w:before="120"/>
      </w:pPr>
      <w:r>
        <w:rPr>
          <w:rFonts w:ascii="Times New Roman" w:hAnsi="Times New Roman"/>
          <w:sz w:val="24"/>
        </w:rPr>
      </w:r>
      <w:r>
        <w:rPr>
          <w:rFonts w:ascii="Times New Roman" w:hAnsi="Times New Roman"/>
          <w:b/>
          <w:sz w:val="24"/>
        </w:rPr>
        <w:t>Folgen bei Wiederholung:</w:t>
      </w:r>
      <w:r>
        <w:rPr>
          <w:rFonts w:ascii="Times New Roman" w:hAnsi="Times New Roman"/>
          <w:sz w:val="24"/>
        </w:rPr>
      </w:r>
    </w:p>
    <w:p>
      <w:pPr>
        <w:spacing w:before="120"/>
      </w:pPr>
      <w:r>
        <w:rPr>
          <w:rFonts w:ascii="Times New Roman" w:hAnsi="Times New Roman"/>
          <w:sz w:val="24"/>
        </w:rPr>
        <w:t>Im Wiederholungsfall müssen Sie mit einer weiteren arbeitsrechtlichen Maßnahme rechnen, die gegebenenfalls auch zur Beendigung des Arbeitsverhältnisses führen kann. Es liegt in Ihrem eigenen Interesse, aus dieser Abmahnung die entsprechenden Konsequenzen zu ziehen und künftig ein tadelloses Verhalten zu zeigen.</w:t>
      </w:r>
    </w:p>
    <w:p>
      <w:pPr>
        <w:spacing w:before="120"/>
      </w:pPr>
      <w:r>
        <w:rPr>
          <w:rFonts w:ascii="Times New Roman" w:hAnsi="Times New Roman"/>
          <w:sz w:val="24"/>
        </w:rPr>
      </w:r>
      <w:r>
        <w:rPr>
          <w:rFonts w:ascii="Times New Roman" w:hAnsi="Times New Roman"/>
          <w:b/>
          <w:sz w:val="24"/>
        </w:rPr>
        <w:t>Frist zur Stellungnahme:</w:t>
      </w:r>
      <w:r>
        <w:rPr>
          <w:rFonts w:ascii="Times New Roman" w:hAnsi="Times New Roman"/>
          <w:sz w:val="24"/>
        </w:rPr>
      </w:r>
    </w:p>
    <w:p>
      <w:pPr>
        <w:spacing w:before="120"/>
      </w:pPr>
      <w:r>
        <w:rPr>
          <w:rFonts w:ascii="Times New Roman" w:hAnsi="Times New Roman"/>
          <w:sz w:val="24"/>
        </w:rPr>
        <w:t>Sollten Sie zu den in dieser Abmahnung dargelegten Punkten Stellung nehmen wollen, bitten wir Sie, dies bis spätestens zum ____________________ (Frist zur Stellungnahme) schriftlich zu tun.</w:t>
      </w:r>
    </w:p>
    <w:p>
      <w:pPr>
        <w:spacing w:before="120"/>
      </w:pPr>
      <w:r>
        <w:rPr>
          <w:rFonts w:ascii="Times New Roman" w:hAnsi="Times New Roman"/>
          <w:sz w:val="24"/>
        </w:rPr>
      </w:r>
      <w:r>
        <w:rPr>
          <w:rFonts w:ascii="Times New Roman" w:hAnsi="Times New Roman"/>
          <w:b/>
          <w:sz w:val="24"/>
        </w:rPr>
        <w:t>Schlussformel:</w:t>
      </w:r>
      <w:r>
        <w:rPr>
          <w:rFonts w:ascii="Times New Roman" w:hAnsi="Times New Roman"/>
          <w:sz w:val="24"/>
        </w:rPr>
      </w:r>
    </w:p>
    <w:p>
      <w:pPr>
        <w:spacing w:before="120"/>
      </w:pPr>
      <w:r>
        <w:rPr>
          <w:rFonts w:ascii="Times New Roman" w:hAnsi="Times New Roman"/>
          <w:sz w:val="24"/>
        </w:rPr>
        <w:t>Wir vertrauen auf Ihr Verständnis für diese Maßnahme und Ihre Bereitschaft zur konstruktiven Zusammenarbeit in der Zukunft.</w:t>
      </w:r>
    </w:p>
    <w:p>
      <w:pPr>
        <w:spacing w:before="120"/>
      </w:pPr>
      <w:r>
        <w:rPr>
          <w:rFonts w:ascii="Times New Roman" w:hAnsi="Times New Roman"/>
          <w:sz w:val="24"/>
        </w:rPr>
        <w:t>Mit freundlichen Grüßen,</w:t>
      </w:r>
    </w:p>
    <w:p>
      <w:pPr>
        <w:spacing w:before="120"/>
      </w:pPr>
      <w:r>
        <w:rPr>
          <w:rFonts w:ascii="Times New Roman" w:hAnsi="Times New Roman"/>
          <w:sz w:val="24"/>
        </w:rPr>
        <w:t>____________________ (Ort, Datum)</w:t>
      </w:r>
    </w:p>
    <w:p>
      <w:pPr>
        <w:spacing w:before="120"/>
      </w:pPr>
      <w:r>
        <w:rPr>
          <w:rFonts w:ascii="Times New Roman" w:hAnsi="Times New Roman"/>
          <w:sz w:val="24"/>
        </w:rPr>
        <w:t>____________________ (Unterschrift Arbeitgeber/in)</w:t>
      </w:r>
    </w:p>
    <w:p>
      <w:pPr>
        <w:spacing w:before="120"/>
      </w:pPr>
      <w:r>
        <w:rPr>
          <w:rFonts w:ascii="Times New Roman" w:hAnsi="Times New Roman"/>
          <w:sz w:val="24"/>
        </w:rPr>
        <w:t>Quittierung des Empfangs der Abmahnung:</w:t>
      </w:r>
    </w:p>
    <w:p>
      <w:pPr>
        <w:spacing w:before="120"/>
      </w:pPr>
      <w:r>
        <w:rPr>
          <w:rFonts w:ascii="Times New Roman" w:hAnsi="Times New Roman"/>
          <w:sz w:val="24"/>
        </w:rPr>
        <w:t>____________________ (Unterschrift Arbeitnehmer/in)</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Times New Roman" w:hAnsi="Times New Roman"/>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