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Mitarbeiter Wegen Verstoß Gegen Datenschutz</w:t>
      </w:r>
    </w:p>
    <w:p/>
    <w:p>
      <w:pPr>
        <w:spacing w:before="120"/>
      </w:pPr>
      <w:r>
        <w:rPr>
          <w:rFonts w:ascii="Times New Roman" w:hAnsi="Times New Roman"/>
          <w:sz w:val="24"/>
        </w:rPr>
        <w:t>Betreff: Abmahnung wegen Verstoßes gegen Datenschutzbestimmungen</w:t>
      </w:r>
    </w:p>
    <w:p>
      <w:pPr>
        <w:spacing w:before="120"/>
      </w:pPr>
      <w:r>
        <w:rPr>
          <w:rFonts w:ascii="Times New Roman" w:hAnsi="Times New Roman"/>
          <w:sz w:val="24"/>
        </w:rPr>
        <w:t>Absender:</w:t>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Empfänger:</w:t>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Sie, ____________________, in Ihrer Funktion als Mitarbeiter in der Abteilung ____________________ am Ort ____________________ durch Ihr Verhalten die datenschutzrechtlichen Bestimmungen unseres Unternehmens verletzt. Bei dieser Gelegenheit haben Sie unbefugt und ohne entsprechende Berechtigung auf personenbezogene Daten zugegriffen und diese an Dritte weitergegeben. Es wurden Informationen zu dieser Angelegenheit durch den Zeugen ____________________ bestätigt.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stellt einen gravierenden Verstoß gegen die Datenschutzrichtlinien unseres Unternehmens dar. Als Mitarbeiter in der Abteilung ____________________ sind Sie dazu verpflichtet, die Datenschutzvorschriften, insbesondere die strikte Vertraulichkeit der personenbezogenen Daten, jederzeit einzuhalten. Durch den unerlaubten Zugang und die Weitergabe von schutzbedürftigen Daten haben Sie gegen Ihre arbeitsvertraglichen Pflichten verstoßen.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Als Arbeitnehmer unterliegen Sie den Bestimmungen des Bundesdatenschutzgesetzes (BDSG) sowie der datenschutzrechtlichen Vorschriften der Europäischen Datenschutzgrundverordnung (DSGVO). Verstöße gegen diese rechtlichen Regelungen können weitreichende rechtliche Konsequenzen nach sich ziehen, sowohl für Sie persönlich als auch für das Unternehmen. Hinzu kommt, dass gemäß arbeitsrechtlicher Grundsätze die Verletzung von vertraglichen Nebenpflichten, insbesondere bei groben Pflichtverstößen, arbeitsrechtliche Maßnahmen bis hin zur Kündigung des Arbeitsverhältnisses rechtfertigen können.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auf, Ihre vertragswidrigen Handlungen unverzüglich zu unterlassen. Sie sind verpflichtet, ab sofort alle datenschutzrelevanten Bestimmungen unseres Unternehmens strikt zu beachten und sich vertragsgemäß zu verhalten. Es ist von Ihnen zu erwarten, dass Sie mit hochsensiblen Daten verantwortungsbewusst umgehen und keinerlei unbefugten Zugriffe oder Weitergaben vornehmen.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bei einem erneuten Verstoß gegen die Datenschutzbestimmungen arbeitsrechtliche Konsequenzen bis hin zur fristlosen Kündigung des Arbeitsverhältnisses folgen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Gelegenheit, sich zu diesem Sachverhalt bis zum ____________________ (Datum/Uhrzeit) schriftlich zu äußern. Weitere Maßnahmen werden nach Ablauf der Frist geprüft.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dass es zu dieser Maßnahme kommen musste und hoffen auf eine zukünftige vertrauensvolle und vertragsgemäße Zusammenarbeit.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