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Mieter Sorgfaltspflicht</w:t>
      </w:r>
    </w:p>
    <w:p/>
    <w:p>
      <w:pPr>
        <w:spacing w:before="120"/>
      </w:pPr>
      <w:r>
        <w:rPr>
          <w:rFonts w:ascii="Times New Roman" w:hAnsi="Times New Roman"/>
          <w:sz w:val="24"/>
        </w:rPr>
      </w:r>
      <w:r>
        <w:rPr>
          <w:rFonts w:ascii="Times New Roman" w:hAnsi="Times New Roman"/>
          <w:b/>
          <w:sz w:val="24"/>
        </w:rPr>
        <w:t>Abmahnung</w:t>
      </w:r>
      <w:r>
        <w:rPr>
          <w:rFonts w:ascii="Times New Roman" w:hAnsi="Times New Roman"/>
          <w:sz w:val="24"/>
        </w:rPr>
      </w:r>
    </w:p>
    <w:p>
      <w:pPr>
        <w:spacing w:before="120"/>
      </w:pPr>
      <w:r>
        <w:rPr>
          <w:rFonts w:ascii="Times New Roman" w:hAnsi="Times New Roman"/>
          <w:sz w:val="24"/>
        </w:rPr>
      </w:r>
      <w:r>
        <w:rPr>
          <w:rFonts w:ascii="Times New Roman" w:hAnsi="Times New Roman"/>
          <w:b/>
          <w:sz w:val="24"/>
        </w:rPr>
        <w:t>Betreff:</w:t>
      </w:r>
      <w:r>
        <w:rPr>
          <w:rFonts w:ascii="Times New Roman" w:hAnsi="Times New Roman"/>
          <w:sz w:val="24"/>
        </w:rPr>
        <w:t xml:space="preserve"> Abmahnung wegen Verletzung der Sorgfaltspflicht</w:t>
      </w:r>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Am ____________ haben Sie, Herr/Frau ____________________, sich in Ihrer Wohnung, welche sich in der Liegenschaft ____________________ befindet, in einer Weise verhalten, die gegen die vereinbarte Sorgfaltspflicht verstößt. Konkret wurde festgestellt, dass durch nicht ordnungsgemäße Entsorgung von Müll Schäden im Gemeinschaftsbereich des Wohngebäudes entstanden sind. Der Zustand wurde durch Zeugen ____________, die zur besagten Zeit anwesend waren, protokolliert.</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Durch Ihr Verhalten haben Sie gegen Ihre mietvertragliche Pflicht zur ordnungsgemäßen Müllentsorgung und zur Rücksichtnahme auf Gemeinschaftseigentum verstoßen. Diese Pflichtverletzung stellt einen unzulässigen Eingriff in die Rechte der übrigen Mieter und des Vermieters dar. Der entstandene Schaden war vermeidbar und hätte durch pflichtgemäßes Verhalten vermieden werden können.</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Diese Abmahnung erfolgt gemäß den Bestimmungen des Mietrechts, das von Ihnen ein vertragskonformes und sorgfältiges Verhalten erwartet. Als Mieter sind Sie verpflichtet, das Mietobjekt sowie die Gemeinschaftseinrichtungen sachgemäß zu nutzen und zu pflegen.</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Wir fordern Sie hiermit auf, derartige Verstöße zukünftig zu unterlassen und die mietvertraglichen Pflichten gewissenhaft zu erfüllen. Sollte ein solches Verhalten erneut auftreten, behalten wir uns weitere rechtliche Schritte vor, einschließlich der Möglichkeit einer fristlosen Kündigung des Mietverhältnisses.</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zu Ihren Mietunterlagen genommen und dient als Dokumentation für die Verletzung Ihrer mietvertraglichen Pflichten.</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Im Wiederholungsfall müssen Sie mit ernsthaften Konsequenzen rechnen, die zur Beendigung des Mietverhältnisses führen können.</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Sollten Sie zu den Vorwürfen Stellung nehmen wollen, so haben Sie bis zum ____________, 17:00 Uhr, Gelegenheit, schriftlich dazu Stellung zu beziehen.</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hoffen auf Ihre Einsicht und die Einhaltung der vertraglichen Pflichten in der Zukunft.</w:t>
      </w:r>
    </w:p>
    <w:p>
      <w:r>
        <w:rPr>
          <w:rFonts w:ascii="Times New Roman" w:hAnsi="Times New Roman"/>
          <w:sz w:val="24"/>
        </w:rPr>
        <w:t xml:space="preserve">Ort, Datum: </w:t>
      </w:r>
      <w:r>
        <w:rPr>
          <w:rFonts w:ascii="Times New Roman" w:hAnsi="Times New Roman"/>
          <w:sz w:val="24"/>
        </w:rPr>
        <w:fldChar w:fldCharType="begin">
          <w:ffData>
            <w:name w:val="Ort, 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r>
        <w:rPr>
          <w:rFonts w:ascii="Times New Roman" w:hAnsi="Times New Roman"/>
          <w:sz w:val="24"/>
        </w:rPr>
        <w:t xml:space="preserve">Unterschrift Arbeitgeber/in: </w:t>
      </w:r>
      <w:r>
        <w:rPr>
          <w:rFonts w:ascii="Times New Roman" w:hAnsi="Times New Roman"/>
          <w:sz w:val="24"/>
        </w:rPr>
        <w:fldChar w:fldCharType="begin">
          <w:ffData>
            <w:name w:val="Unterschrift Arbeitgeber/in"/>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r>
        <w:rPr>
          <w:rFonts w:ascii="Times New Roman" w:hAnsi="Times New Roman"/>
          <w:sz w:val="24"/>
        </w:rPr>
        <w:t xml:space="preserve">Unterschrift Arbeitnehmer/in (Empfangsbestätigung): </w:t>
      </w:r>
      <w:r>
        <w:rPr>
          <w:rFonts w:ascii="Times New Roman" w:hAnsi="Times New Roman"/>
          <w:sz w:val="24"/>
        </w:rPr>
        <w:fldChar w:fldCharType="begin">
          <w:ffData>
            <w:name w:val="Unterschrift Arbeitnehmer/in (Empfangsbe"/>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