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Mieter Ruhestörung</w:t>
      </w:r>
    </w:p>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Ruhestörung</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Es wurde festgestellt, dass Ihre Wohnung am ____________________ im Zeitraum von____________________ mehrfach Anlass zu Beschwerden hinsichtlich Ruhestörung gegeben hat. Zu diesen Zeiten wurde laute Musik und Sprechgesang vernommen, der über die Zimmerlautstärke hinausging und die Nachbarn erheblich gestört hat. Die Ruhestörungen fanden im Rahmen einer Feier mit mehreren Gästen statt. Die Vorfälle wurden von mehreren Nachbarn, darunter ____________________, beobachtet und beanstandet.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Als Mieter sind Sie verpflichtet, die Hausordnung einzuhalten und auf die Rechte der anderen Mieter Rücksicht zu nehmen. Insbesondere sind Sie gehalten, die nächtliche Ruhezeit von 22:00 Uhr bis 06:00 Uhr einzuhalten. Durch die wiederholte Lärmbelästigung in Form von lauter Musik während dieser Ruhezeit haben Sie Ihre mietvertraglichen Pflichten verletzt.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den Bestimmungen des im Mietvertrag sowie der lokalen Lärmschutzverordnung sind Sie verpflichtet, auf das Ruhebedürfnis Ihrer Mitbewohner Rücksicht zu nehmen. Bei fortgesetzten Verstößen gegen diese Pflicht kann dies zu mietrechtlichen Konsequenzen bis hin zur Kündigung des Mietverhältnisses führen.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Sie werden hiermit aufgefordert, die vorgenannten störenden Handlungen unverzüglich zu unterlassen und Ihre Verpflichtungen aus dem Mietvertrag zukünftig wieder vollumfänglich zu erfüllen. Eine Wiederholung solcher Vorfälle ist zwingend zu vermeiden.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Ihren Akten genommen. Eine dokumentierte Abmahnung kann im Wiederholungsfalle als Grundlage für weitergehende Maßnahmen bis hin zur Kündigung des Mietverhältnisses dienen.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es erneut zu einer derartigen Pflichtverletzung kommen, werden wir ohne weitere Abmahnung geeignete rechtliche Schritte einleiten. Dies kann zur Beendigung Ihres Mietverhältnisses führen.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nehmen Sie innerhalb von ____________________ Stellung zu den geschilderten Vorfällen und teilen Sie uns mit, wie Sie in Zukunft derartige Ruhestörungen vermeiden werden.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setzen auf Ihr Verständnis und Ihre Kooperation, um ein angenehmes Wohnumfeld für alle Mieter zu gewährleisten.</w:t>
      </w:r>
    </w:p>
    <w:p>
      <w:pPr>
        <w:spacing w:before="120"/>
      </w:pPr>
      <w:r>
        <w:rPr>
          <w:rFonts w:ascii="Times New Roman" w:hAnsi="Times New Roman"/>
          <w:sz w:val="24"/>
        </w:rPr>
        <w:t>Mit freundlichen Grüßen,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