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Gartenpflege</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mangelnder Gartenpflege</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Name Vermieter:</w:t>
      </w:r>
    </w:p>
    <w:p>
      <w:pPr>
        <w:spacing w:before="120"/>
      </w:pPr>
      <w:r>
        <w:rPr>
          <w:rFonts w:ascii="Times New Roman" w:hAnsi="Times New Roman"/>
          <w:sz w:val="24"/>
        </w:rPr>
        <w:t>Adresse Vermieter:</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Name Mieter:</w:t>
      </w:r>
    </w:p>
    <w:p>
      <w:pPr>
        <w:spacing w:before="120"/>
      </w:pPr>
      <w:r>
        <w:rPr>
          <w:rFonts w:ascii="Times New Roman" w:hAnsi="Times New Roman"/>
          <w:sz w:val="24"/>
        </w:rPr>
        <w:t>Adresse Mieter:</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In der am ________________ zwischen Ihnen und uns geschlossenen Mietvereinbarung ist klar geregelt, dass Ihnen als Mieter des Anwesens die Verantwortung für die Pflege des Gartens obliegt. Diese Pflicht umfasst die regelmäßige Pflege des Rasens, der Hecken und sonstiger Pflanzungen sowie die Sauberhaltung des gesamten Außenbereichs.</w:t>
      </w:r>
    </w:p>
    <w:p>
      <w:pPr>
        <w:spacing w:before="120"/>
      </w:pPr>
      <w:r>
        <w:rPr>
          <w:rFonts w:ascii="Times New Roman" w:hAnsi="Times New Roman"/>
          <w:sz w:val="24"/>
        </w:rPr>
        <w:t>Trotz mehrfacher mündlicher Ermahnungen unsererseits wurde festgestellt, dass der Garten des gemieteten Anwesens nicht ordnungsgemäß gepflegt wird. Der Rasen wurde seit mehreren Wochen nicht gemäht, Unkraut breitet sich im gesamten Garten aus, und die Hecken sind nicht geschnitten.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________________ haben wir bei einer Begehung des Anwesens deutlich wahrgenommen, dass der Garten in einem unzureichend gepflegten Zustand ist. Hecken und Gebüsche sind überwuchert, und im gesamten Bereich sind Unkraut und Laub in großem Umfang zu finden. Diese Versäumnisse stellen eine klare Verletzung Ihrer mietvertraglichen Pflichten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 vertragliche Vereinbarung über die Gartenpflege stellt eine wesentliche Verpflichtung dar, die Sie als Mieter zu erfüllen haben. Im Rahmen des Mietvertrages gehören die Gartenpflege und die Instandhaltung des Außenbereichs zu den mit übergebenen Arbeiten, die Sie nicht hinreichend erfüllt haben. Eine anhaltende Vernachlässigung kann zu weiteren mietrechtlichen Schritten führen, einschließlich einer Kündigung des Mietverhältnisses.</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umgehend alle erforderlichen Maßnahmen zur ordnungsgemäßen Pflege des Gartens zu ergreifen und diese kontinuierlich aufrechtzuerhalten, um Ihren vertraglichen Verpflichtungen nachzukommen. Zudem erwarten wir eine unverzügliche Unterlassung weiterer Pflichtverletzungen hinsichtlich der Gartenpflege.</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Mietakte vermerkt. Es handelt sich hierbei um einen ernsthaften Hinweis auf Ihr bisheriges Fehlverhalten im Mietobjektmanagement.</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einer derartigen Vernachlässigung des Gartens oder anderer mietvertraglicher Pflichten kommen, behalten wir uns das Recht vor, weitere rechtliche Schritte einzuleiten, die bis zur fristlosen Kündigung des Mietverhältnisses führen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zum ____________________ Stellung zu diesem Schreiben und teilen Sie uns mit, welche Maßnahmen Sie zur Behebung der Pflichtverletzung ergriffen haben.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Für Rückfragen oder eine Besprechung des Sachverhaltes stehen wir Ihnen selbstverständlich zur Verfügung.</w:t>
      </w:r>
    </w:p>
    <w:p>
      <w:pPr>
        <w:spacing w:before="120"/>
      </w:pPr>
      <w:r>
        <w:rPr>
          <w:rFonts w:ascii="Times New Roman" w:hAnsi="Times New Roman"/>
          <w:sz w:val="24"/>
        </w:rPr>
      </w:r>
      <w:r>
        <w:rPr>
          <w:rFonts w:ascii="Times New Roman" w:hAnsi="Times New Roman"/>
          <w:b/>
          <w:sz w:val="24"/>
        </w:rPr>
        <w:t>Ort, Datum:</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Vermieter/in:</w:t>
      </w:r>
      <w:r>
        <w:rPr>
          <w:rFonts w:ascii="Times New Roman" w:hAnsi="Times New Roman"/>
          <w:sz w:val="24"/>
        </w:rPr>
        <w:t xml:space="preserve"> ____________________</w:t>
      </w:r>
    </w:p>
    <w:p>
      <w:pPr>
        <w:spacing w:before="120"/>
      </w:pPr>
      <w:r>
        <w:rPr>
          <w:rFonts w:ascii="Times New Roman" w:hAnsi="Times New Roman"/>
          <w:sz w:val="24"/>
        </w:rPr>
      </w:r>
      <w:r>
        <w:rPr>
          <w:rFonts w:ascii="Times New Roman" w:hAnsi="Times New Roman"/>
          <w:b/>
          <w:sz w:val="24"/>
        </w:rPr>
        <w:t>Unterschrift Mieter/in (Empfangsbestätigung):</w:t>
      </w:r>
      <w:r>
        <w:rPr>
          <w:rFonts w:ascii="Times New Roman" w:hAnsi="Times New Roman"/>
          <w:sz w:val="24"/>
        </w:rPr>
        <w:t xml:space="preserve"> 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