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b/>
          <w:sz w:val="32"/>
        </w:rPr>
        <w:t>Abmahnung – Miete Nicht Bezahlt</w:t>
      </w:r>
    </w:p>
    <w:p/>
    <w:p>
      <w:pPr>
        <w:spacing w:before="120"/>
      </w:pPr>
      <w:r>
        <w:rPr>
          <w:rFonts w:ascii="Times New Roman" w:hAnsi="Times New Roman"/>
          <w:sz w:val="24"/>
        </w:rPr>
        <w:t>Absender:</w:t>
      </w:r>
    </w:p>
    <w:p>
      <w:pPr>
        <w:spacing w:before="120"/>
      </w:pPr>
      <w:r>
        <w:rPr>
          <w:rFonts w:ascii="Times New Roman" w:hAnsi="Times New Roman"/>
          <w:sz w:val="24"/>
        </w:rPr>
        <w:t>____________________</w:t>
      </w:r>
    </w:p>
    <w:p>
      <w:r>
        <w:rPr>
          <w:rFonts w:ascii="Times New Roman" w:hAnsi="Times New Roman"/>
          <w:sz w:val="24"/>
        </w:rPr>
        <w:t xml:space="preserve">Adresse Arbeitgeber: </w:t>
      </w:r>
      <w:r>
        <w:rPr>
          <w:rFonts w:ascii="Times New Roman" w:hAnsi="Times New Roman"/>
          <w:sz w:val="24"/>
        </w:rPr>
        <w:fldChar w:fldCharType="begin">
          <w:ffData>
            <w:name w:val="Adresse Arbeitgeber"/>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pPr>
        <w:spacing w:before="120"/>
      </w:pPr>
      <w:r>
        <w:rPr>
          <w:rFonts w:ascii="Times New Roman" w:hAnsi="Times New Roman"/>
          <w:sz w:val="24"/>
        </w:rPr>
        <w:t>Empfänger:</w:t>
      </w:r>
    </w:p>
    <w:p>
      <w:pPr>
        <w:spacing w:before="120"/>
      </w:pPr>
      <w:r>
        <w:rPr>
          <w:rFonts w:ascii="Times New Roman" w:hAnsi="Times New Roman"/>
          <w:sz w:val="24"/>
        </w:rPr>
        <w:t>____________________</w:t>
      </w:r>
    </w:p>
    <w:p>
      <w:r>
        <w:rPr>
          <w:rFonts w:ascii="Times New Roman" w:hAnsi="Times New Roman"/>
          <w:sz w:val="24"/>
        </w:rPr>
        <w:t xml:space="preserve">Adresse Arbeitnehmer: </w:t>
      </w:r>
      <w:r>
        <w:rPr>
          <w:rFonts w:ascii="Times New Roman" w:hAnsi="Times New Roman"/>
          <w:sz w:val="24"/>
        </w:rPr>
        <w:fldChar w:fldCharType="begin">
          <w:ffData>
            <w:name w:val="Adresse Arbeitnehmer"/>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r>
        <w:rPr>
          <w:rFonts w:ascii="Times New Roman" w:hAnsi="Times New Roman"/>
          <w:sz w:val="24"/>
        </w:rPr>
        <w:t xml:space="preserve">Betreff: </w:t>
      </w:r>
      <w:r>
        <w:rPr>
          <w:rFonts w:ascii="Times New Roman" w:hAnsi="Times New Roman"/>
          <w:sz w:val="24"/>
        </w:rPr>
        <w:fldChar w:fldCharType="begin">
          <w:ffData>
            <w:name w:val="Betreff"/>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pPr>
        <w:spacing w:before="120"/>
      </w:pPr>
      <w:r>
        <w:rPr>
          <w:rFonts w:ascii="Times New Roman" w:hAnsi="Times New Roman"/>
          <w:sz w:val="24"/>
        </w:rPr>
        <w:t>Abmahnung wegen Nichtzahlung der Miete</w:t>
      </w:r>
    </w:p>
    <w:p>
      <w:pPr>
        <w:spacing w:before="120"/>
      </w:pPr>
      <w:r>
        <w:rPr>
          <w:rFonts w:ascii="Times New Roman" w:hAnsi="Times New Roman"/>
          <w:sz w:val="24"/>
        </w:rPr>
      </w:r>
      <w:r>
        <w:rPr>
          <w:rFonts w:ascii="Times New Roman" w:hAnsi="Times New Roman"/>
          <w:b/>
          <w:sz w:val="24"/>
        </w:rPr>
        <w:t>Sachverhalt:</w:t>
      </w:r>
      <w:r>
        <w:rPr>
          <w:rFonts w:ascii="Times New Roman" w:hAnsi="Times New Roman"/>
          <w:sz w:val="24"/>
        </w:rPr>
      </w:r>
    </w:p>
    <w:p>
      <w:pPr>
        <w:spacing w:before="120"/>
      </w:pPr>
      <w:r>
        <w:rPr>
          <w:rFonts w:ascii="Times New Roman" w:hAnsi="Times New Roman"/>
          <w:sz w:val="24"/>
        </w:rPr>
        <w:t>Als Arbeitgeber ist es unsere Pflicht, jederzeit ausreichend personalwirtschaftliche Maßnahmen zu ergreifen, um ausstehende Zahlungen, die zu einer Störung des Betriebsablaufs führen können, prompt zu adressieren. Im Zuge der regelmäßigen Prüfung und Kontrolle der vom Unternehmen bereitgestellten Mitarbeiterwohnungen wurde festgestellt, dass für den Zeitraum März bis Mai, die vereinbarten Mietzahlungen für die Ihnen zur Verfügung gestellte Mitarbeiterwohnung nicht eingegangen sind. Der zugehörige Mietvertrag sieht eine pünktliche Zahlung der Miete bis zum dritten Werktag eines jeden Monats vor.</w:t>
      </w:r>
    </w:p>
    <w:p>
      <w:pPr>
        <w:spacing w:before="120"/>
      </w:pPr>
      <w:r>
        <w:rPr>
          <w:rFonts w:ascii="Times New Roman" w:hAnsi="Times New Roman"/>
          <w:sz w:val="24"/>
        </w:rPr>
      </w:r>
      <w:r>
        <w:rPr>
          <w:rFonts w:ascii="Times New Roman" w:hAnsi="Times New Roman"/>
          <w:b/>
          <w:sz w:val="24"/>
        </w:rPr>
        <w:t>Konkrete Pflichtverletzung:</w:t>
      </w:r>
      <w:r>
        <w:rPr>
          <w:rFonts w:ascii="Times New Roman" w:hAnsi="Times New Roman"/>
          <w:sz w:val="24"/>
        </w:rPr>
      </w:r>
    </w:p>
    <w:p>
      <w:pPr>
        <w:spacing w:before="120"/>
      </w:pPr>
      <w:r>
        <w:rPr>
          <w:rFonts w:ascii="Times New Roman" w:hAnsi="Times New Roman"/>
          <w:sz w:val="24"/>
        </w:rPr>
        <w:t>Unsere wiederholten Aufforderungen und Mahnungen zu den Zahlungen blieben unbeantwortet, und die ausstehenden Beträge wurden nicht beglichen. Diese unterlassene Zahlung stellt eine Verletzung Ihrer mietvertraglichen Pflichten dar, die auch negative Auswirkungen auf das Vertrauensverhältnis zwischen Arbeitgeber und Arbeitnehmer hat.</w:t>
      </w:r>
    </w:p>
    <w:p>
      <w:pPr>
        <w:spacing w:before="120"/>
      </w:pPr>
      <w:r>
        <w:rPr>
          <w:rFonts w:ascii="Times New Roman" w:hAnsi="Times New Roman"/>
          <w:sz w:val="24"/>
        </w:rPr>
      </w:r>
      <w:r>
        <w:rPr>
          <w:rFonts w:ascii="Times New Roman" w:hAnsi="Times New Roman"/>
          <w:b/>
          <w:sz w:val="24"/>
        </w:rPr>
        <w:t>Rechtliche Hinweise:</w:t>
      </w:r>
      <w:r>
        <w:rPr>
          <w:rFonts w:ascii="Times New Roman" w:hAnsi="Times New Roman"/>
          <w:sz w:val="24"/>
        </w:rPr>
      </w:r>
    </w:p>
    <w:p>
      <w:pPr>
        <w:spacing w:before="120"/>
      </w:pPr>
      <w:r>
        <w:rPr>
          <w:rFonts w:ascii="Times New Roman" w:hAnsi="Times New Roman"/>
          <w:sz w:val="24"/>
        </w:rPr>
        <w:t>Gemäß den im Mietvertrag geregelten Bestimmungen verpflichten Sie sich zur rechtzeitigen Leistung der vereinbarten Miete. Eine Verletzung dieser Pflicht kann nach dem deutschen Arbeitsrecht nicht nur zu einer weiteren arbeitsrechtlichen Abmahnung führen, sondern bei fortgesetztem Verhalten auch arbeitsrechtliche Konsequenzen bis zur Kündigung nach sich ziehen.</w:t>
      </w:r>
    </w:p>
    <w:p>
      <w:pPr>
        <w:spacing w:before="120"/>
      </w:pPr>
      <w:r>
        <w:rPr>
          <w:rFonts w:ascii="Times New Roman" w:hAnsi="Times New Roman"/>
          <w:sz w:val="24"/>
        </w:rPr>
      </w:r>
      <w:r>
        <w:rPr>
          <w:rFonts w:ascii="Times New Roman" w:hAnsi="Times New Roman"/>
          <w:b/>
          <w:sz w:val="24"/>
        </w:rPr>
        <w:t>Aufforderung zur Unterlassung und künftiger Vertragstreue:</w:t>
      </w:r>
      <w:r>
        <w:rPr>
          <w:rFonts w:ascii="Times New Roman" w:hAnsi="Times New Roman"/>
          <w:sz w:val="24"/>
        </w:rPr>
      </w:r>
    </w:p>
    <w:p>
      <w:pPr>
        <w:spacing w:before="120"/>
      </w:pPr>
      <w:r>
        <w:rPr>
          <w:rFonts w:ascii="Times New Roman" w:hAnsi="Times New Roman"/>
          <w:sz w:val="24"/>
        </w:rPr>
        <w:t>Hiermit fordern wir Sie auf, das vorliegende vertragswidrige Verhalten unverzüglich zu unterlassen, und künftig Ihre Mietverpflichtungen pünktlich zu erfüllen sowie die unterbliebenen Zahlungen unverzüglich nachzuholen.</w:t>
      </w:r>
    </w:p>
    <w:p>
      <w:pPr>
        <w:spacing w:before="120"/>
      </w:pPr>
      <w:r>
        <w:rPr>
          <w:rFonts w:ascii="Times New Roman" w:hAnsi="Times New Roman"/>
          <w:sz w:val="24"/>
        </w:rPr>
      </w:r>
      <w:r>
        <w:rPr>
          <w:rFonts w:ascii="Times New Roman" w:hAnsi="Times New Roman"/>
          <w:b/>
          <w:sz w:val="24"/>
        </w:rPr>
        <w:t>Hinweis auf Personalakte:</w:t>
      </w:r>
      <w:r>
        <w:rPr>
          <w:rFonts w:ascii="Times New Roman" w:hAnsi="Times New Roman"/>
          <w:sz w:val="24"/>
        </w:rPr>
      </w:r>
    </w:p>
    <w:p>
      <w:pPr>
        <w:spacing w:before="120"/>
      </w:pPr>
      <w:r>
        <w:rPr>
          <w:rFonts w:ascii="Times New Roman" w:hAnsi="Times New Roman"/>
          <w:sz w:val="24"/>
        </w:rPr>
        <w:t>Diese Abmahnung wird in Ihre Personalakte aufgenommen.</w:t>
      </w:r>
    </w:p>
    <w:p>
      <w:pPr>
        <w:spacing w:before="120"/>
      </w:pPr>
      <w:r>
        <w:rPr>
          <w:rFonts w:ascii="Times New Roman" w:hAnsi="Times New Roman"/>
          <w:sz w:val="24"/>
        </w:rPr>
      </w:r>
      <w:r>
        <w:rPr>
          <w:rFonts w:ascii="Times New Roman" w:hAnsi="Times New Roman"/>
          <w:b/>
          <w:sz w:val="24"/>
        </w:rPr>
        <w:t>Folgen bei Wiederholung:</w:t>
      </w:r>
      <w:r>
        <w:rPr>
          <w:rFonts w:ascii="Times New Roman" w:hAnsi="Times New Roman"/>
          <w:sz w:val="24"/>
        </w:rPr>
      </w:r>
    </w:p>
    <w:p>
      <w:pPr>
        <w:spacing w:before="120"/>
      </w:pPr>
      <w:r>
        <w:rPr>
          <w:rFonts w:ascii="Times New Roman" w:hAnsi="Times New Roman"/>
          <w:sz w:val="24"/>
        </w:rPr>
        <w:t>Sofern Sie Ihre mietvertraglichen Pflichten weiterhin verletzen und keine Besserung in Ihrem Zahlungsverhalten erfolgt, behalten wir uns vor, weitere arbeitsrechtliche Maßnahmen, einschließlich der Kündigung, zu ergreifen.</w:t>
      </w:r>
    </w:p>
    <w:p>
      <w:pPr>
        <w:spacing w:before="120"/>
      </w:pPr>
      <w:r>
        <w:rPr>
          <w:rFonts w:ascii="Times New Roman" w:hAnsi="Times New Roman"/>
          <w:sz w:val="24"/>
        </w:rPr>
      </w:r>
      <w:r>
        <w:rPr>
          <w:rFonts w:ascii="Times New Roman" w:hAnsi="Times New Roman"/>
          <w:b/>
          <w:sz w:val="24"/>
        </w:rPr>
        <w:t>Frist zur Stellungnahme:</w:t>
      </w:r>
      <w:r>
        <w:rPr>
          <w:rFonts w:ascii="Times New Roman" w:hAnsi="Times New Roman"/>
          <w:sz w:val="24"/>
        </w:rPr>
      </w:r>
    </w:p>
    <w:p>
      <w:pPr>
        <w:spacing w:before="120"/>
      </w:pPr>
      <w:r>
        <w:rPr>
          <w:rFonts w:ascii="Times New Roman" w:hAnsi="Times New Roman"/>
          <w:sz w:val="24"/>
        </w:rPr>
        <w:t>Wir setzen Ihnen eine Frist bis zum ____________________ zur schriftlichen Stellungnahme und Klärung der Angelegenheit.</w:t>
      </w:r>
    </w:p>
    <w:p>
      <w:pPr>
        <w:spacing w:before="120"/>
      </w:pPr>
      <w:r>
        <w:rPr>
          <w:rFonts w:ascii="Times New Roman" w:hAnsi="Times New Roman"/>
          <w:sz w:val="24"/>
        </w:rPr>
      </w:r>
      <w:r>
        <w:rPr>
          <w:rFonts w:ascii="Times New Roman" w:hAnsi="Times New Roman"/>
          <w:b/>
          <w:sz w:val="24"/>
        </w:rPr>
        <w:t>Schlussformel:</w:t>
      </w:r>
      <w:r>
        <w:rPr>
          <w:rFonts w:ascii="Times New Roman" w:hAnsi="Times New Roman"/>
          <w:sz w:val="24"/>
        </w:rPr>
      </w:r>
    </w:p>
    <w:p>
      <w:pPr>
        <w:spacing w:before="120"/>
      </w:pPr>
      <w:r>
        <w:rPr>
          <w:rFonts w:ascii="Times New Roman" w:hAnsi="Times New Roman"/>
          <w:sz w:val="24"/>
        </w:rPr>
        <w:t>Wir bedauern diesen Vorfall und erwarten, dass Sie Ihre mietvertraglichen Pflichten künftig zuverlässig erfüllen. Für Rückfragen stehen wir Ihnen gerne zur Verfügung.</w:t>
      </w:r>
    </w:p>
    <w:p>
      <w:r>
        <w:rPr>
          <w:rFonts w:ascii="Times New Roman" w:hAnsi="Times New Roman"/>
          <w:sz w:val="24"/>
        </w:rPr>
        <w:t xml:space="preserve">Ort, Datum: </w:t>
      </w:r>
      <w:r>
        <w:rPr>
          <w:rFonts w:ascii="Times New Roman" w:hAnsi="Times New Roman"/>
          <w:sz w:val="24"/>
        </w:rPr>
        <w:fldChar w:fldCharType="begin">
          <w:ffData>
            <w:name w:val="Ort, Datum"/>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pPr>
        <w:spacing w:before="120"/>
      </w:pPr>
      <w:r>
        <w:rPr>
          <w:rFonts w:ascii="Times New Roman" w:hAnsi="Times New Roman"/>
          <w:sz w:val="24"/>
        </w:rPr>
        <w:t>____________________</w:t>
      </w:r>
    </w:p>
    <w:p>
      <w:r>
        <w:rPr>
          <w:rFonts w:ascii="Times New Roman" w:hAnsi="Times New Roman"/>
          <w:sz w:val="24"/>
        </w:rPr>
        <w:t xml:space="preserve">Unterschrift Arbeitgeber/in: </w:t>
      </w:r>
      <w:r>
        <w:rPr>
          <w:rFonts w:ascii="Times New Roman" w:hAnsi="Times New Roman"/>
          <w:sz w:val="24"/>
        </w:rPr>
        <w:fldChar w:fldCharType="begin">
          <w:ffData>
            <w:name w:val="Unterschrift Arbeitgeber/in"/>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pPr>
        <w:spacing w:before="120"/>
      </w:pPr>
      <w:r>
        <w:rPr>
          <w:rFonts w:ascii="Times New Roman" w:hAnsi="Times New Roman"/>
          <w:sz w:val="24"/>
        </w:rPr>
        <w:t>____________________</w:t>
      </w:r>
    </w:p>
    <w:p>
      <w:r>
        <w:rPr>
          <w:rFonts w:ascii="Times New Roman" w:hAnsi="Times New Roman"/>
          <w:sz w:val="24"/>
        </w:rPr>
        <w:t xml:space="preserve">Unterschrift Arbeitnehmer/in (Empfangsbestätigung): </w:t>
      </w:r>
      <w:r>
        <w:rPr>
          <w:rFonts w:ascii="Times New Roman" w:hAnsi="Times New Roman"/>
          <w:sz w:val="24"/>
        </w:rPr>
        <w:fldChar w:fldCharType="begin">
          <w:ffData>
            <w:name w:val="Unterschrift Arbeitnehmer/in (Empfangsbe"/>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pPr>
        <w:spacing w:before="120"/>
      </w:pPr>
      <w:r>
        <w:rPr>
          <w:rFonts w:ascii="Times New Roman" w:hAnsi="Times New Roman"/>
          <w:sz w:val="24"/>
        </w:rPr>
        <w:t>____________________</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Times New Roman" w:hAnsi="Times New Roman"/>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