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Betriebsgeheimnis</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Verletzung der Verschwiegenheitspflicht bezüglich Betriebsgeheimnissen</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am ____________________ haben wir festgestellt, dass Sie Betriebsgeheimnisse unseres Unternehmens unbefugt an Dritte weitergegeben haben. Diese Pflichtverletzung ereignete sich am ____________________ in ____________________. Durch die Weitergabe dieser sensiblen Informationen an ____________________ (Zeugen) haben Sie das Vertrauen, das wir in Sie setzen, erheblich beeinträchtigt.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Sie sind gemäß Ihrem Arbeitsvertrag dazu verpflichtet, jegliche Betriebsgeheimnisse streng vertraulich zu behandeln und keinem Unbefugten zugänglich zu machen. In dem genannten Vorfall haben Sie gegen diese vertragliche Verschwiegenheitsverpflichtung verstoßen. Dies stellt einen erheblichen Vertrauensbruch dar, der das Arbeitsverhältnis nachhaltig belastet.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Wir weisen darauf hin, dass die Verletzung der Verschwiegenheitspflicht gemäß der Rechtsprechung zu einer fristlosen Kündigung führen kann. Die Weitergabe von Betriebsgeheimnissen kann zudem zivil- und strafrechtliche Konsequenzen für Sie nach sich ziehen, einschließlich Schadensersatzforderungen und einer strafrechtlichen Verfolgung.</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die Weitergabe von Betriebsinformationen unverzüglich zu unterlassen. Wir erwarten, dass Sie ab sofort jegliche Art von Informationen ausschließlich in Übereinstimmung mit Ihren arbeitsvertraglichen Verpflichtungen behandeln.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Sie werden hiermit formell abgemahnt, da wir diesen Vorfall nicht ohne Konsequenzen belassen können.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es erneut zu einem derartigen Vorfall kommen, behalten wir uns weitere arbeitsrechtliche Schritte vor, bis hin zur Beendigung des Arbeitsverhältnisses. Eine derartige Pflichtverletzung wird dann als Wiederholungstäterverhalten betrachtet.</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bis zum ____________________ (Datum/Uhrzeit) die Gelegenheit, zu den gegen Sie erhobenen Vorwürfen Stellung zu nehmen und etwaige Entlastungsgründe darzulegen.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es zu keinen weiteren Vorfällen kommt und bitten um Ihre schriftliche Bestätigung des Erhalts dieser Abmahnung.</w:t>
      </w:r>
    </w:p>
    <w:p>
      <w:pPr>
        <w:spacing w:before="120"/>
      </w:pPr>
      <w:r>
        <w:rPr>
          <w:rFonts w:ascii="Times New Roman" w:hAnsi="Times New Roman"/>
          <w:sz w:val="24"/>
        </w:rPr>
        <w:t>Mit freundlichen Grüßen,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