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Beleidigung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Beleidigung am Arbeitsplatz</w:t>
      </w:r>
    </w:p>
    <w:p>
      <w:pPr>
        <w:spacing w:before="120"/>
      </w:pPr>
      <w:r>
        <w:rPr>
          <w:rFonts w:ascii="Times New Roman" w:hAnsi="Times New Roman"/>
          <w:sz w:val="24"/>
        </w:rPr>
      </w:r>
      <w:r>
        <w:rPr>
          <w:rFonts w:ascii="Times New Roman" w:hAnsi="Times New Roman"/>
          <w:b/>
          <w:sz w:val="24"/>
        </w:rPr>
        <w:t>Von:</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An:</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kam es am Arbeitsplatz zu einer verbalen Auseinandersetzung zwischen Ihnen und einem Kollegen. Nach Angaben von ____________________ (Zeugen) äußerten Sie gegenüber dem Kollegen beleidigende und persönlich herabsetzende Worte. Der Vorfall ereignete sich am ____________________ (Datum der Pflichtverletzung) in ____________________ (Ort der Pflichtverletzung). Die genannten Ausdrücke verletzten den Grundsatz des respektvollen und kollegialen Umgangs am Arbeitsplatz.</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Mit Ihrem Verhalten haben Sie gegen Ihre arbeitsvertraglichen Pflichten verstoßen. Als Arbeitnehmer sind Sie verpflichtet, sich gegenüber Kollegen und Vorgesetzten respektvoll und angemessen zu verhalten. Die von Ihnen getätigte Beleidigung stellt eine schwere Verletzung dieser Pflicht dar, die das Arbeitsklima beeinträchtigt und das Vertrauen in Ihre Person erheblich erschüttert hat.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der arbeitsrechtlichen Vorschriften sind Sie verpflichtet, das Unternehmen und Ihre Kollegen vor schädigendem Verhalten zu schützen. Beleidigungen und respektloses Verhalten am Arbeitsplatz werden grundsätzlich nicht toleriert. Diese Abmahnung dient daher nicht nur der Dokumentation der Pflichtverletzung, sondern auch der fairen und deutlichen Warnung vor weiteren Verstößen. Bitte beachten Sie, dass ein wiederholter Verstoß ähnliche oder strengere arbeitsrechtliche Konsequenzen nach sich ziehen kann, bis hin zur Kündigung des Arbeitsverhältnisses.</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Hiermit fordern wir Sie auf, derartige Beleidigungen zukünftig zu unterlassen und ab sofort uneingeschränkt zu einem respektvollen und kollegialen Verhalten gemäß Ihren arbeitsvertraglichen Pflichten zurückzukehren. Ihre Verpflichtung zur Vertragstreue gilt ohne Einschränkung und betrifft sämtliche Aspekte Ihres Beschäftigungsverhältnisses.</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Sie haben das Recht, eine Gegendarstellung zu den Vorwürfen abzugeben, die ebenfalls zur Personalakte genommen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auffällig werden und vergleichbare Pflichtverletzungen begehen, behalten wir uns weitere arbeitsrechtliche Schritte vor, die bis zur Kündigung Ihres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Sollten Sie zu den hier geschilderten Vorfällen Stellung nehmen oder eine Gegendarstellung abgeben wollen, bitten wir um schriftliche Rückäußerung bis spätestens _________________ (Frist zur Stellungnahme (Datum/Uhrzeit)).</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Ihre konstruktive Mitwirkung zur Aufrechterhaltung eines positiven und respektvollen Arbeitsumfeldes. Für Rückfragen stehen wir Ihnen gerne zur Verfügung.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Unterschrift:</w:t>
      </w:r>
      <w:r>
        <w:rPr>
          <w:rFonts w:ascii="Times New Roman" w:hAnsi="Times New Roman"/>
          <w:sz w:val="24"/>
        </w:rPr>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r>
    </w:p>
    <w:p>
      <w:pPr>
        <w:spacing w:before="120"/>
      </w:pPr>
      <w:r>
        <w:rPr>
          <w:rFonts w:ascii="Times New Roman" w:hAnsi="Times New Roman"/>
          <w:sz w:val="24"/>
        </w:rPr>
        <w:t>Mit meiner Unterschrift bestätige ich den Erhalt dieser Abmahnung am 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