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Azubi Zu Spät Kommen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aufgrund unpünktlichen Erscheinens am Ausbildungsplatz</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sprechen wir Ihnen, ____________________ (Name Arbeitnehmer), eine förmliche Abmahnung aus.</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(Datum der Pflichtverletzung) sind Sie Ihrer Verpflichtung, pünktlich am Ausbildungsplatz in ____________________ (Ort der Pflichtverletzung) zu erscheinen, nicht nachgekommen. Trotz der vertraglich vereinbarten Arbeitszeit von  fanden Sie sich am genannten Datum erst um  ein. Zeugen, die den Sachverhalt bestätigen können, sind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Der Ausbildungsvertrag verpflichtet Sie zur Einhaltung der festgelegten Arbeitszeiten. Eine wiederholte Nichteinhaltung dieser Zeiten stellt eine erhebliche Pflichtverletzung dar, die das Vertrauen und den ordnungsgemäßen Betriebsablauf gefährdet. Ihre wiederholten Verspätungen beeinträchtigen den Ausbildungsbetrieb und führen zu Unzufriedenheit seitens der Kolleg*innen sowie einer Beeinträchtigung Ihrer Ausbildung.</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Ihrem Ausbildungsvertrag sind Sie verpflichtet, die festgelegten Arbeitszeiten einzuhalten. Das mehrfache und unbegründete Zuspätkommen erfüllt den Tatbestand einer arbeitsvertraglichen Pflichtverletzung. Diese schriftliche Abmahnung dokumentiert den Verstoß und dient ferner als Hinweis darauf, dass zukünftige Verletzungen dieser Art arbeitsrechtliche Konsequenzen, bis hin zur Kündigung des Ausbildungsverhältnisses, nach sich ziehen können.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Pflichtverletzungen zukünftig zu unterlassen und sämtliche arbeits- beziehungsweise ausbildungsvertraglichen Pflichten gewissenhaft zu erfüllen.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Eine Kopie dieser Abmahnung wird zu Ihrer Personalakte 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die Verpflichtungen aus Ihrem Ausbildungsvertrag verstoßen, müssen Sie mit arbeitsrechtlichen Konsequenzen rechnen, die auch eine fristlose Beendigung des Ausbildungsverhältnisses umfassen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bis zum ____________________ (Frist zur Stellungnahme) schriftlich zu den Vorwürfen zu äußern. Bitte richten Sie Ihre Stellungnahme an die oben genannte Adresse.</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erwarten Ihre künftige Vertragstreue.</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Empfangsbestätigung:</w:t>
      </w:r>
    </w:p>
    <w:p>
      <w:pPr>
        <w:spacing w:before="120"/>
      </w:pPr>
      <w:r>
        <w:rPr>
          <w:rFonts w:ascii="Times New Roman" w:hAnsi="Times New Roman"/>
          <w:sz w:val="24"/>
        </w:rPr>
        <w:t>Ich bestätige hiermit den Empfang dieser Abmahnung.</w:t>
      </w:r>
    </w:p>
    <w:p>
      <w:pPr>
        <w:spacing w:before="120"/>
      </w:pPr>
      <w:r>
        <w:rPr>
          <w:rFonts w:ascii="Times New Roman" w:hAnsi="Times New Roman"/>
          <w:sz w:val="24"/>
        </w:rPr>
        <w:t>____________________________________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