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Arbeitszeitbetrug</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Arbeitszeitbetrug</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Wir haben festgestellt, dass Sie am ____________________ am Arbeitsplatz in ____________________ unerlaubt die betriebliche Arbeitszeit manipuliert haben. Der Verdacht beruht auf den Erkenntnissen von ____________________, die dokumentierten Aktivitäten sowie den bestätigenden Aussagen von Zeugen ____________________. Konkret haben Sie durch ein vordatiertes oder verfälschtes Ein- oder Ausstempeln im Zeiterfassungssystem den Eindruck erweckt, zu Zeiten anwesend gewesen zu sein, in denen Sie tatsächlich nicht gearbeitet haben.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Mit Ihrem Verhalten haben Sie gegen Ihre arbeitsvertraglichen Pflichten verstoßen. Der Arbeitszeitbetrug stellt eine schwerwiegende Vertragsverletzung dar, die das Vertrauensverhältnis zwischen Ihnen und dem Unternehmen nachhaltig beschädigt. Insbesondere haben Sie gegen die Pflicht zur ordnungsgemäßen Arbeitszeiterfassung verstoßen. Ein solches Verhalten greift nicht nur in die Unternehmensabläufe ein, sondern fügt dem Unternehmen auch finanziellen Schaden zu.</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Nach den Bestimmungen Ihres Arbeitsvertrages und gemäß allgemeinen arbeitsrechtlichen Grundsätzen sind Sie verpflichtet, die vertraglich vereinbarten Arbeitszeiten zu leisten und wahrheitsgemäß zu dokumentieren. Ein Verstoß gegen diese Pflichten kann arbeitsrechtliche Konsequenzen nach sich ziehen, zu denen auch eine fristlose Kündigung des Arbeitsverhältnisses gehören kann.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ausdrücklich auf, Ihr Verhalten mit sofortiger Wirkung einzustellen. Führen Sie zukünftig Ihre Arbeitszeit ordnungsgemäß und gewissenhaft entsprechend den betrieblichen Vorgaben.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abgelegt. Bei künftigen Verstößen, insbesondere bei ähnlichem Fehlverhalten, müssen Sie mit schärferen arbeitsrechtlichen Konsequenzen rechnen.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erneut gegen Ihre arbeitsvertraglichen Pflichten verstoßen, werden wir in Erwägung ziehen, das Arbeitsverhältnis ordentlich oder außerordentlich zu kündigen. Arbeitszeitbetrug wird in keinerlei Form toleriert.</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zu den vorgebrachten Vorwürfen bis zum ____________________ schriftlich zu äußern.</w:t>
      </w:r>
    </w:p>
    <w:p>
      <w:pPr>
        <w:spacing w:before="120"/>
      </w:pPr>
      <w:r>
        <w:rPr>
          <w:rFonts w:ascii="Times New Roman" w:hAnsi="Times New Roman"/>
          <w:sz w:val="24"/>
        </w:rPr>
        <w:t>Wir setzen voraus, dass sich ein derartiges Fehlverhalten nicht mehr wiederholt, und erwarten eine uneingeschränkte Einhaltung der vertraglichen Pflichten.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eine weiterhin gute und vertrauensvolle Zusammenarbeit.</w:t>
      </w:r>
    </w:p>
    <w:p>
      <w:pPr>
        <w:spacing w:before="120"/>
      </w:pPr>
      <w:r>
        <w:rPr>
          <w:rFonts w:ascii="Times New Roman" w:hAnsi="Times New Roman"/>
          <w:sz w:val="24"/>
        </w:rPr>
        <w:t>Mit freundlichen Grüßen,</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Empfangsbestätigung:</w:t>
      </w:r>
      <w:r>
        <w:rPr>
          <w:rFonts w:ascii="Times New Roman" w:hAnsi="Times New Roman"/>
          <w:sz w:val="24"/>
        </w:rPr>
      </w:r>
    </w:p>
    <w:p>
      <w:pPr>
        <w:spacing w:before="120"/>
      </w:pPr>
      <w:r>
        <w:rPr>
          <w:rFonts w:ascii="Times New Roman" w:hAnsi="Times New Roman"/>
          <w:sz w:val="24"/>
        </w:rPr>
        <w:t>Hiermit bestätige ich den Erhalt dieser Abmahnung.</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