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Arbeitsverweigerung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Arbeitsverweigerung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Datum der Pflichtverletzung: ____________________ haben Sie, Herr/Frau Name Arbeitnehmer: ____________________ als Mitarbeiter in der Abteilung: ____________________, Ihrem Vorgesetzten eine Anweisung zur Ausführung einer spezifischen Arbeitsaufgabe verweigert. Diese Anweisung war notwendig für die auszuführende Tagesarbeit im Ort der Pflichtverletzung: ____________________. Trotz mehrfacher Aufforderungen, die Aufgabe zu erledigen, haben Sie die Durchführung weiterhin abgelehnt. Zeugen: ____________________ können diese Pflichtverstöße bestätigen.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Ihr Verhalten haben Sie gegen Ihre arbeitsvertraglichen Pflichten verstoßen, insbesondere gegen die Pflicht, die Ihnen zugewiesenen Arbeiten ordnungsgemäß auszuführen und Weisungen nachzukommen. Ihre Arbeitsverweigerung stellt eine erhebliche Pflichtverletzung dar, die das Vertrauen in Ihre Vertragstreue nachhaltig beeinträchtigt.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Ihr Verhalten ist geeignet, eine verhaltensbedingte Kündigung des Arbeitsverhältnisses zu rechtfertigen. Diese Abmahnung erfolgt gemäß Arbeitsrecht, als Rüge und Dokumentation Ihres vertragswidrigen Verhaltens. Sie wird zu Ihren Personalakten genommen und dient als Basis für weitere arbeitsrechtliche Konsequenzen im Fall eines erneuten vertragswidrigen Verhaltens.</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ausdrücklich auf, zukünftig arbeitsvertraglichen Pflichten vollumfänglich nachzukommen und derartige Pflichtverletzungen zu unterlassen. Die Einhaltung von Anweisungen ist unabdingbar für die Erfüllung Ihrer Aufgaben und zur Aufrechterhaltung der Ordnung im Geschäftsbetrieb.</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abgelegt. Sie dient der rechtlichen Nachvollziehbarkeit Ihrer Pflichtverletzungen und kann im Rahmen eventueller weiterer arbeitsrechtlicher Maßnahmen berücksichtigt werden.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Ihr pflichtwidriges Verhalten erneut auftreten, behalten wir uns vor, weitere arbeitsrechtliche Schritte, einschließlich der Kündigung des Arbeitsverhältnisses, einzuleiten.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den in dieser Abmahnung genannten Vorwürfen zu äußern. Bitte reichen Sie Ihre Stellungnahme bis spätestens Frist zur Stellungnahme (Datum/Uhrzeit): ____________________ schriftlich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erwarten, dass Sie diese Abmahnung ernst nehmen und künftig Ihren arbeitsvertraglichen Pflichten sorgfältig nachkommen. Für Rückfragen oder eine persönliche Aussprache steht Ihnen Ihre Vorgesetzte/ Ihr Vorgesetzter zur Verfügung.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Unterschriften:</w:t>
      </w:r>
      <w:r>
        <w:rPr>
          <w:rFonts w:ascii="Times New Roman" w:hAnsi="Times New Roman"/>
          <w:sz w:val="24"/>
        </w:rPr>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