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b/>
          <w:sz w:val="32"/>
        </w:rPr>
        <w:t>Abmahnung – Arbeitnehmer</w:t>
      </w:r>
    </w:p>
    <w:p/>
    <w:p>
      <w:pPr>
        <w:spacing w:before="120"/>
      </w:pPr>
      <w:r>
        <w:rPr>
          <w:rFonts w:ascii="Times New Roman" w:hAnsi="Times New Roman"/>
          <w:sz w:val="24"/>
        </w:rPr>
      </w:r>
      <w:r>
        <w:rPr>
          <w:rFonts w:ascii="Times New Roman" w:hAnsi="Times New Roman"/>
          <w:b/>
          <w:sz w:val="24"/>
        </w:rPr>
        <w:t>Absender:</w:t>
      </w:r>
      <w:r>
        <w:rPr>
          <w:rFonts w:ascii="Times New Roman" w:hAnsi="Times New Roman"/>
          <w:sz w:val="24"/>
        </w:rPr>
      </w:r>
    </w:p>
    <w:p>
      <w:r>
        <w:rPr>
          <w:rFonts w:ascii="Times New Roman" w:hAnsi="Times New Roman"/>
          <w:sz w:val="24"/>
        </w:rPr>
        <w:t xml:space="preserve">Name Arbeitgeber: </w:t>
      </w:r>
      <w:r>
        <w:rPr>
          <w:rFonts w:ascii="Times New Roman" w:hAnsi="Times New Roman"/>
          <w:sz w:val="24"/>
        </w:rPr>
        <w:fldChar w:fldCharType="begin">
          <w:ffData>
            <w:name w:val="Nam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Arbeitgeber: </w:t>
      </w:r>
      <w:r>
        <w:rPr>
          <w:rFonts w:ascii="Times New Roman" w:hAnsi="Times New Roman"/>
          <w:sz w:val="24"/>
        </w:rPr>
        <w:fldChar w:fldCharType="begin">
          <w:ffData>
            <w:name w:val="Adresse Arbeitgeb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r>
      <w:r>
        <w:rPr>
          <w:rFonts w:ascii="Times New Roman" w:hAnsi="Times New Roman"/>
          <w:b/>
          <w:sz w:val="24"/>
        </w:rPr>
        <w:t>Empfänger:</w:t>
      </w:r>
      <w:r>
        <w:rPr>
          <w:rFonts w:ascii="Times New Roman" w:hAnsi="Times New Roman"/>
          <w:sz w:val="24"/>
        </w:rPr>
      </w:r>
    </w:p>
    <w:p>
      <w:r>
        <w:rPr>
          <w:rFonts w:ascii="Times New Roman" w:hAnsi="Times New Roman"/>
          <w:sz w:val="24"/>
        </w:rPr>
        <w:t xml:space="preserve">Name Arbeitnehmer: </w:t>
      </w:r>
      <w:r>
        <w:rPr>
          <w:rFonts w:ascii="Times New Roman" w:hAnsi="Times New Roman"/>
          <w:sz w:val="24"/>
        </w:rPr>
        <w:fldChar w:fldCharType="begin">
          <w:ffData>
            <w:name w:val="Nam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Adresse Arbeitnehmer: </w:t>
      </w:r>
      <w:r>
        <w:rPr>
          <w:rFonts w:ascii="Times New Roman" w:hAnsi="Times New Roman"/>
          <w:sz w:val="24"/>
        </w:rPr>
        <w:fldChar w:fldCharType="begin">
          <w:ffData>
            <w:name w:val="Adresse Arbeitneh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r>
        <w:rPr>
          <w:rFonts w:ascii="Times New Roman" w:hAnsi="Times New Roman"/>
          <w:sz w:val="24"/>
        </w:rPr>
        <w:t xml:space="preserve">Betreff: </w:t>
      </w:r>
      <w:r>
        <w:rPr>
          <w:rFonts w:ascii="Times New Roman" w:hAnsi="Times New Roman"/>
          <w:sz w:val="24"/>
        </w:rPr>
        <w:fldChar w:fldCharType="begin">
          <w:ffData>
            <w:name w:val="Betreff"/>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Abmahnung wegen Pflichtverletzung</w:t>
      </w:r>
    </w:p>
    <w:p>
      <w:r>
        <w:rPr>
          <w:rFonts w:ascii="Times New Roman" w:hAnsi="Times New Roman"/>
          <w:sz w:val="24"/>
        </w:rPr>
        <w:t xml:space="preserve">Geburtsdatum: </w:t>
      </w:r>
      <w:r>
        <w:rPr>
          <w:rFonts w:ascii="Times New Roman" w:hAnsi="Times New Roman"/>
          <w:sz w:val="24"/>
        </w:rPr>
        <w:fldChar w:fldCharType="begin">
          <w:ffData>
            <w:name w:val="Geburts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Personalnummer: </w:t>
      </w:r>
      <w:r>
        <w:rPr>
          <w:rFonts w:ascii="Times New Roman" w:hAnsi="Times New Roman"/>
          <w:sz w:val="24"/>
        </w:rPr>
        <w:fldChar w:fldCharType="begin">
          <w:ffData>
            <w:name w:val="Personalnummer"/>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Abteilung: </w:t>
      </w:r>
      <w:r>
        <w:rPr>
          <w:rFonts w:ascii="Times New Roman" w:hAnsi="Times New Roman"/>
          <w:sz w:val="24"/>
        </w:rPr>
        <w:fldChar w:fldCharType="begin">
          <w:ffData>
            <w:name w:val="Abteilung"/>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pPr>
        <w:spacing w:before="120"/>
      </w:pPr>
      <w:r>
        <w:rPr>
          <w:rFonts w:ascii="Times New Roman" w:hAnsi="Times New Roman"/>
          <w:sz w:val="24"/>
        </w:rPr>
      </w:r>
      <w:r>
        <w:rPr>
          <w:rFonts w:ascii="Times New Roman" w:hAnsi="Times New Roman"/>
          <w:b/>
          <w:sz w:val="24"/>
        </w:rPr>
        <w:t>Sachverhalt:</w:t>
      </w:r>
      <w:r>
        <w:rPr>
          <w:rFonts w:ascii="Times New Roman" w:hAnsi="Times New Roman"/>
          <w:sz w:val="24"/>
        </w:rPr>
      </w:r>
    </w:p>
    <w:p>
      <w:pPr>
        <w:spacing w:before="120"/>
      </w:pPr>
      <w:r>
        <w:rPr>
          <w:rFonts w:ascii="Times New Roman" w:hAnsi="Times New Roman"/>
          <w:sz w:val="24"/>
        </w:rPr>
        <w:t>Am Datum der Pflichtverletzung: ____________________ ereignete sich ein Vorfall im Ort der Pflichtverletzung: ____________________. In Anwesenheit von Zeugen: ____________________ haben Sie entgegen den bestehenden Arbeitsanweisungen unerlaubt eine längere Pause von Ihrer vorgesehenen Arbeitstätigkeit genommen, ohne die dafür vorgesehenen Pausenzeiten einzuhalten. Diese Verhaltensweise stellt eine erhebliche Störung des Betriebsablaufs dar und widerspricht den vereinbarten Arbeitsbedingungen.</w:t>
      </w:r>
    </w:p>
    <w:p>
      <w:pPr>
        <w:spacing w:before="120"/>
      </w:pPr>
      <w:r>
        <w:rPr>
          <w:rFonts w:ascii="Times New Roman" w:hAnsi="Times New Roman"/>
          <w:sz w:val="24"/>
        </w:rPr>
      </w:r>
      <w:r>
        <w:rPr>
          <w:rFonts w:ascii="Times New Roman" w:hAnsi="Times New Roman"/>
          <w:b/>
          <w:sz w:val="24"/>
        </w:rPr>
        <w:t>Konkrete Pflichtverletzung:</w:t>
      </w:r>
      <w:r>
        <w:rPr>
          <w:rFonts w:ascii="Times New Roman" w:hAnsi="Times New Roman"/>
          <w:sz w:val="24"/>
        </w:rPr>
      </w:r>
    </w:p>
    <w:p>
      <w:pPr>
        <w:spacing w:before="120"/>
      </w:pPr>
      <w:r>
        <w:rPr>
          <w:rFonts w:ascii="Times New Roman" w:hAnsi="Times New Roman"/>
          <w:sz w:val="24"/>
        </w:rPr>
        <w:t>Durch Ihr Verhalten haben Sie gegen die arbeitsvertraglich geschuldete Pflicht zur ordnungsgemäßen Arbeitsausführung verstoßen. Insbesondere haben Sie die geltenden Regelungen zur Einhaltung von Pausenzeiten missachtet. Dieses Verhalten ist geeignet, das Vertrauensverhältnis zwischen Ihnen und dem Arbeitgeber zu beschädigen und beeinträchtigt den ordnungsgemäßen Betriebsablauf erheblich.</w:t>
      </w:r>
    </w:p>
    <w:p>
      <w:pPr>
        <w:spacing w:before="120"/>
      </w:pPr>
      <w:r>
        <w:rPr>
          <w:rFonts w:ascii="Times New Roman" w:hAnsi="Times New Roman"/>
          <w:sz w:val="24"/>
        </w:rPr>
      </w:r>
      <w:r>
        <w:rPr>
          <w:rFonts w:ascii="Times New Roman" w:hAnsi="Times New Roman"/>
          <w:b/>
          <w:sz w:val="24"/>
        </w:rPr>
        <w:t>Rechtliche Hinweise:</w:t>
      </w:r>
      <w:r>
        <w:rPr>
          <w:rFonts w:ascii="Times New Roman" w:hAnsi="Times New Roman"/>
          <w:sz w:val="24"/>
        </w:rPr>
      </w:r>
    </w:p>
    <w:p>
      <w:pPr>
        <w:spacing w:before="120"/>
      </w:pPr>
      <w:r>
        <w:rPr>
          <w:rFonts w:ascii="Times New Roman" w:hAnsi="Times New Roman"/>
          <w:sz w:val="24"/>
        </w:rPr>
        <w:t>Ihre Handlung stellt eine Verletzung der arbeitsvertraglichen Pflichten dar. Der Arbeitgeber ist berechtigt, auf eine derartige Vertragspflichtverletzung mit einer Abmahnung zu reagieren. Eine Abmahnung dient dazu, das Arbeitsverhältnis geordnet weiterzuführen und stellt im Wiederholungsfall eine Voraussetzung für weitergehende arbeitsrechtliche Maßnahmen, bis hin zur Kündigung, dar.</w:t>
      </w:r>
    </w:p>
    <w:p>
      <w:pPr>
        <w:spacing w:before="120"/>
      </w:pPr>
      <w:r>
        <w:rPr>
          <w:rFonts w:ascii="Times New Roman" w:hAnsi="Times New Roman"/>
          <w:sz w:val="24"/>
        </w:rPr>
      </w:r>
      <w:r>
        <w:rPr>
          <w:rFonts w:ascii="Times New Roman" w:hAnsi="Times New Roman"/>
          <w:b/>
          <w:sz w:val="24"/>
        </w:rPr>
        <w:t>Aufforderung zur Unterlassung und künftiger Vertragstreue:</w:t>
      </w:r>
      <w:r>
        <w:rPr>
          <w:rFonts w:ascii="Times New Roman" w:hAnsi="Times New Roman"/>
          <w:sz w:val="24"/>
        </w:rPr>
      </w:r>
    </w:p>
    <w:p>
      <w:pPr>
        <w:spacing w:before="120"/>
      </w:pPr>
      <w:r>
        <w:rPr>
          <w:rFonts w:ascii="Times New Roman" w:hAnsi="Times New Roman"/>
          <w:sz w:val="24"/>
        </w:rPr>
        <w:t>Wir fordern Sie hiermit ausdrücklich auf, die oben beschriebene Pflichtverletzung zukünftig zu unterlassen und Ihre arbeitsvertraglichen Pflichten gewissenhaft zu erfüllen. Künftige Verstöße werden nicht toleriert und können arbeitsrechtliche Konsequenzen nach sich ziehen.</w:t>
      </w:r>
    </w:p>
    <w:p>
      <w:pPr>
        <w:spacing w:before="120"/>
      </w:pPr>
      <w:r>
        <w:rPr>
          <w:rFonts w:ascii="Times New Roman" w:hAnsi="Times New Roman"/>
          <w:sz w:val="24"/>
        </w:rPr>
      </w:r>
      <w:r>
        <w:rPr>
          <w:rFonts w:ascii="Times New Roman" w:hAnsi="Times New Roman"/>
          <w:b/>
          <w:sz w:val="24"/>
        </w:rPr>
        <w:t>Hinweis auf Personalakte:</w:t>
      </w:r>
      <w:r>
        <w:rPr>
          <w:rFonts w:ascii="Times New Roman" w:hAnsi="Times New Roman"/>
          <w:sz w:val="24"/>
        </w:rPr>
      </w:r>
    </w:p>
    <w:p>
      <w:pPr>
        <w:spacing w:before="120"/>
      </w:pPr>
      <w:r>
        <w:rPr>
          <w:rFonts w:ascii="Times New Roman" w:hAnsi="Times New Roman"/>
          <w:sz w:val="24"/>
        </w:rPr>
        <w:t>Diese Abmahnung wird zu Ihrer Personalakte genommen. Sie wird dort als wichtiges Dokument Ihrer arbeitsvertraglichen Disziplin dient, damit bei zukünftigen Entscheidungen die Historie Ihrer Vertragsdisziplin berücksichtigt werden kann.</w:t>
      </w:r>
    </w:p>
    <w:p>
      <w:pPr>
        <w:spacing w:before="120"/>
      </w:pPr>
      <w:r>
        <w:rPr>
          <w:rFonts w:ascii="Times New Roman" w:hAnsi="Times New Roman"/>
          <w:sz w:val="24"/>
        </w:rPr>
      </w:r>
      <w:r>
        <w:rPr>
          <w:rFonts w:ascii="Times New Roman" w:hAnsi="Times New Roman"/>
          <w:b/>
          <w:sz w:val="24"/>
        </w:rPr>
        <w:t>Folgen bei Wiederholung:</w:t>
      </w:r>
      <w:r>
        <w:rPr>
          <w:rFonts w:ascii="Times New Roman" w:hAnsi="Times New Roman"/>
          <w:sz w:val="24"/>
        </w:rPr>
      </w:r>
    </w:p>
    <w:p>
      <w:pPr>
        <w:spacing w:before="120"/>
      </w:pPr>
      <w:r>
        <w:rPr>
          <w:rFonts w:ascii="Times New Roman" w:hAnsi="Times New Roman"/>
          <w:sz w:val="24"/>
        </w:rPr>
        <w:t>Falls ein solches oder ähnliches Fehlverhalten Ihrerseits erneut auftreten sollte, müssen Sie mit ernsthaften arbeitsrechtlichen Konsequenzen bis hin zu einer Kündigung des Arbeitsverhältnisses rechnen.</w:t>
      </w:r>
    </w:p>
    <w:p>
      <w:pPr>
        <w:spacing w:before="120"/>
      </w:pPr>
      <w:r>
        <w:rPr>
          <w:rFonts w:ascii="Times New Roman" w:hAnsi="Times New Roman"/>
          <w:sz w:val="24"/>
        </w:rPr>
      </w:r>
      <w:r>
        <w:rPr>
          <w:rFonts w:ascii="Times New Roman" w:hAnsi="Times New Roman"/>
          <w:b/>
          <w:sz w:val="24"/>
        </w:rPr>
        <w:t>Frist zur Stellungnahme:</w:t>
      </w:r>
      <w:r>
        <w:rPr>
          <w:rFonts w:ascii="Times New Roman" w:hAnsi="Times New Roman"/>
          <w:sz w:val="24"/>
        </w:rPr>
      </w:r>
    </w:p>
    <w:p>
      <w:pPr>
        <w:spacing w:before="120"/>
      </w:pPr>
      <w:r>
        <w:rPr>
          <w:rFonts w:ascii="Times New Roman" w:hAnsi="Times New Roman"/>
          <w:sz w:val="24"/>
        </w:rPr>
        <w:t>Sie haben die Möglichkeit, bis Frist zur Stellungnahme (Datum/Uhrzeit): ____________________ zu den vorgebrachten Vorwürfen schriftlich Stellung zu nehmen.</w:t>
      </w:r>
    </w:p>
    <w:p>
      <w:pPr>
        <w:spacing w:before="120"/>
      </w:pPr>
      <w:r>
        <w:rPr>
          <w:rFonts w:ascii="Times New Roman" w:hAnsi="Times New Roman"/>
          <w:sz w:val="24"/>
        </w:rPr>
      </w:r>
      <w:r>
        <w:rPr>
          <w:rFonts w:ascii="Times New Roman" w:hAnsi="Times New Roman"/>
          <w:b/>
          <w:sz w:val="24"/>
        </w:rPr>
        <w:t>Schlussformel:</w:t>
      </w:r>
      <w:r>
        <w:rPr>
          <w:rFonts w:ascii="Times New Roman" w:hAnsi="Times New Roman"/>
          <w:sz w:val="24"/>
        </w:rPr>
      </w:r>
    </w:p>
    <w:p>
      <w:pPr>
        <w:spacing w:before="120"/>
      </w:pPr>
      <w:r>
        <w:rPr>
          <w:rFonts w:ascii="Times New Roman" w:hAnsi="Times New Roman"/>
          <w:sz w:val="24"/>
        </w:rPr>
        <w:t>Wir hoffen, dass es durch dieses Schreiben zu einer positiven Veränderung kommt. Sollten Fragen bestehen, stehen wir Ihnen jederzeit für ein persönliches Gespräch zur Verfügung.</w:t>
      </w:r>
    </w:p>
    <w:p>
      <w:r>
        <w:rPr>
          <w:rFonts w:ascii="Times New Roman" w:hAnsi="Times New Roman"/>
          <w:sz w:val="24"/>
        </w:rPr>
        <w:t xml:space="preserve">Ort, Datum: </w:t>
      </w:r>
      <w:r>
        <w:rPr>
          <w:rFonts w:ascii="Times New Roman" w:hAnsi="Times New Roman"/>
          <w:sz w:val="24"/>
        </w:rPr>
        <w:fldChar w:fldCharType="begin">
          <w:ffData>
            <w:name w:val="Ort, Datum"/>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Arbeitgeber/in: </w:t>
      </w:r>
      <w:r>
        <w:rPr>
          <w:rFonts w:ascii="Times New Roman" w:hAnsi="Times New Roman"/>
          <w:sz w:val="24"/>
        </w:rPr>
        <w:fldChar w:fldCharType="begin">
          <w:ffData>
            <w:name w:val="Unterschrift Arbeitgeber/in"/>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p>
      <w:r>
        <w:rPr>
          <w:rFonts w:ascii="Times New Roman" w:hAnsi="Times New Roman"/>
          <w:sz w:val="24"/>
        </w:rPr>
        <w:t xml:space="preserve">Unterschrift Arbeitnehmer/in (Empfangsbestätigung): </w:t>
      </w:r>
      <w:r>
        <w:rPr>
          <w:rFonts w:ascii="Times New Roman" w:hAnsi="Times New Roman"/>
          <w:sz w:val="24"/>
        </w:rPr>
        <w:fldChar w:fldCharType="begin">
          <w:ffData>
            <w:name w:val="Unterschrift Arbeitnehmer/in (Empfangsbe"/>
            <w:enabled/>
            <w:calcOnExit w:val="0"/>
            <w:textInput>
              <w:type w:val="regular"/>
              <w:default w:val="____________________"/>
            </w:textInput>
          </w:ffData>
        </w:fldChar>
      </w:r>
      <w:r>
        <w:instrText xml:space="preserve"> FORMTEXT </w:instrText>
      </w:r>
      <w:r>
        <w:fldChar w:fldCharType="separate"/>
      </w:r>
      <w:r>
        <w:rPr>
          <w:rFonts w:ascii="Times New Roman" w:hAnsi="Times New Roman"/>
          <w:sz w:val="24"/>
        </w:rPr>
        <w:t>____________________</w:t>
      </w:r>
      <w:r>
        <w:fldChar w:fldCharType="end"/>
      </w:r>
    </w:p>
    <w:p>
      <w:pPr>
        <w:spacing w:before="120"/>
      </w:pPr>
      <w:r>
        <w:rPr>
          <w:rFonts w:ascii="Times New Roman" w:hAnsi="Times New Roman"/>
          <w:sz w:val="24"/>
        </w:rPr>
        <w:t>____________________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