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Arbeitgeber Lohnverzug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Lohnverzugs</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Hiermit sprechen wir diese Abmahnung aus. Es wurde festgestellt, dass Ihr Lohn für den Monat, entsprechend dem vertraglich vereinbarten Zahlungszeitraum, nicht fristgerecht ausgezahlt wurde. Dadurch wurden Sie in Ihrer finanziellen Disposition beeinträchtigt und es kam zu einer nicht hinnehmbaren Störung im Arbeitsverhältnis.</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vereinbarten Zahlungstag, dem ____________________, ist der vereinbarte Arbeitslohn, welcher gemäß vertraglicher Abschlüsse monatlich im Voraus zu erbringen ist, nicht auf das von Ihnen angegebene Bankkonto transferiert worden. Dies stellt eine erhebliche Vertragsverletzung unserer Pflicht zur rechtzeitigen Lohnzahlung dar und sorgt für Vertrauensverlust.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dem Arbeitsvertrag sowie den gesetzlichen Vorschriften zur Lohnzahlung haben Arbeitgeber die Verpflichtung, das Entgelt pünktlich zu zahlen. Ein Verstoss gegen diese Verpflichtung kann Schadensersatzansprüche Ihrerseits begründen. Auch besteht die Gefahr, dass durch wiederholte Pflichtverletzungen das Vertrauensverhältnis irreparabel gestört wird, was zu einer möglichen Vertragsauflösung durch Sie führen könnte.</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auf, den ausstehenden Lohn unverzüglich zu überweisen und sämtliche zukünftigen Lohnzahlungen strikt gemäß den vertraglichen Vereinbarungen und gesetzlichen Fristen auszuführen. Eine vertragsgemäße Erfüllung Ihrer Zahlungspflichten ist unerlässlich.</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dient als Dokumentation des Vorfalls und der Ihnen hiermit mitgeteilten Pflichtverletzung.</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einem Lohnverzug kommen, behalten wir uns ausdrücklich weitere arbeitsrechtliche Schritte vor, die bis zur Anzeige von Schadensersatzansprüchen oder der fristlosen Kündigung Ihres Arbeitsvertrages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binnen einer Frist zur Stellungnahme bis zum ____________________ (Datum/Uhrzeit) Stellung zu den Vorwürfen und setzen uns darüber in Kenntnis, wie Sie eine Wiederholung vermeiden wollen.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in der Zukunft keine weiteren Pflichtverletzungen dieser Art erfolgen und freuen uns auf eine weiterhin positive Zusammenarbeit.</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